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D61B2" w14:textId="77777777" w:rsidR="004B2323" w:rsidRDefault="00F559D2">
      <w:pPr>
        <w:jc w:val="center"/>
      </w:pPr>
      <w:r>
        <w:rPr>
          <w:b/>
          <w:color w:val="666666"/>
          <w:sz w:val="40"/>
        </w:rPr>
        <w:t>Support Staff Application Form</w:t>
      </w:r>
    </w:p>
    <w:p w14:paraId="1D49B951" w14:textId="77777777" w:rsidR="004B2323" w:rsidRDefault="00F559D2">
      <w:pPr>
        <w:jc w:val="center"/>
      </w:pPr>
      <w:r>
        <w:rPr>
          <w:b/>
        </w:rPr>
        <w:t>Please complete every section. If a question does not apply, write “Not applicable”.</w:t>
      </w:r>
    </w:p>
    <w:p w14:paraId="30570F20" w14:textId="77777777" w:rsidR="004B2323" w:rsidRDefault="00F559D2">
      <w:pPr>
        <w:jc w:val="center"/>
      </w:pPr>
      <w:r>
        <w:t>A CV may be submitted in addition to this form but will not be accepted as a substitute.</w:t>
      </w:r>
    </w:p>
    <w:tbl>
      <w:tblPr>
        <w:tblStyle w:val="TableGrid"/>
        <w:tblW w:w="0" w:type="auto"/>
        <w:tblLook w:val="04A0" w:firstRow="1" w:lastRow="0" w:firstColumn="1" w:lastColumn="0" w:noHBand="0" w:noVBand="1"/>
      </w:tblPr>
      <w:tblGrid>
        <w:gridCol w:w="10358"/>
      </w:tblGrid>
      <w:tr w:rsidR="004B2323" w14:paraId="7823398A" w14:textId="77777777">
        <w:trPr>
          <w:cantSplit/>
        </w:trPr>
        <w:tc>
          <w:tcPr>
            <w:tcW w:w="10368" w:type="dxa"/>
            <w:shd w:val="clear" w:color="auto" w:fill="F2F3F4"/>
            <w:tcMar>
              <w:top w:w="90" w:type="dxa"/>
              <w:left w:w="100" w:type="dxa"/>
              <w:bottom w:w="90" w:type="dxa"/>
              <w:right w:w="100" w:type="dxa"/>
            </w:tcMar>
            <w:vAlign w:val="center"/>
          </w:tcPr>
          <w:p w14:paraId="16EC0908" w14:textId="77777777" w:rsidR="004B2323" w:rsidRDefault="00F559D2">
            <w:r>
              <w:rPr>
                <w:sz w:val="16"/>
              </w:rPr>
              <w:t>Safeguarding: Radnor House Sevenoaks is committed to safeguarding and promoting the welfare of children. Appointment is subject to satisfactory safer recruitment checks appropriate to the role.</w:t>
            </w:r>
          </w:p>
        </w:tc>
      </w:tr>
    </w:tbl>
    <w:p w14:paraId="7A6367D4" w14:textId="77777777" w:rsidR="004B2323" w:rsidRDefault="004B2323">
      <w:pPr>
        <w:spacing w:after="20"/>
      </w:pPr>
    </w:p>
    <w:tbl>
      <w:tblPr>
        <w:tblStyle w:val="TableGrid"/>
        <w:tblW w:w="0" w:type="auto"/>
        <w:tblLook w:val="04A0" w:firstRow="1" w:lastRow="0" w:firstColumn="1" w:lastColumn="0" w:noHBand="0" w:noVBand="1"/>
      </w:tblPr>
      <w:tblGrid>
        <w:gridCol w:w="10358"/>
      </w:tblGrid>
      <w:tr w:rsidR="004B2323" w14:paraId="71E1BAC8" w14:textId="77777777">
        <w:trPr>
          <w:cantSplit/>
        </w:trPr>
        <w:tc>
          <w:tcPr>
            <w:tcW w:w="10368" w:type="dxa"/>
            <w:shd w:val="clear" w:color="auto" w:fill="F2F3F4"/>
            <w:tcMar>
              <w:top w:w="90" w:type="dxa"/>
              <w:left w:w="100" w:type="dxa"/>
              <w:bottom w:w="90" w:type="dxa"/>
              <w:right w:w="100" w:type="dxa"/>
            </w:tcMar>
            <w:vAlign w:val="center"/>
          </w:tcPr>
          <w:p w14:paraId="5293243B" w14:textId="77777777" w:rsidR="004B2323" w:rsidRDefault="00F559D2">
            <w:r>
              <w:rPr>
                <w:sz w:val="16"/>
              </w:rPr>
              <w:t>Regulated activity: Where this role involves regulated activity with children, it is a criminal offence for a person who is barred from engaging in regulated activity with children to apply for the role.</w:t>
            </w:r>
          </w:p>
        </w:tc>
      </w:tr>
    </w:tbl>
    <w:p w14:paraId="7BC77234" w14:textId="77777777" w:rsidR="004B2323" w:rsidRDefault="004B2323">
      <w:pPr>
        <w:spacing w:after="20"/>
      </w:pPr>
    </w:p>
    <w:p w14:paraId="2D75364B" w14:textId="77777777" w:rsidR="004B2323" w:rsidRDefault="00F559D2">
      <w:pPr>
        <w:keepNext/>
      </w:pPr>
      <w:r>
        <w:rPr>
          <w:b/>
          <w:color w:val="666666"/>
          <w:sz w:val="24"/>
        </w:rPr>
        <w:t>1. Position applied for</w:t>
      </w:r>
    </w:p>
    <w:tbl>
      <w:tblPr>
        <w:tblStyle w:val="TableGrid"/>
        <w:tblW w:w="0" w:type="auto"/>
        <w:jc w:val="center"/>
        <w:tblLayout w:type="fixed"/>
        <w:tblLook w:val="04A0" w:firstRow="1" w:lastRow="0" w:firstColumn="1" w:lastColumn="0" w:noHBand="0" w:noVBand="1"/>
      </w:tblPr>
      <w:tblGrid>
        <w:gridCol w:w="3024"/>
        <w:gridCol w:w="7343"/>
      </w:tblGrid>
      <w:tr w:rsidR="004B2323" w14:paraId="50C57234" w14:textId="77777777">
        <w:trPr>
          <w:jc w:val="center"/>
        </w:trPr>
        <w:tc>
          <w:tcPr>
            <w:tcW w:w="3024" w:type="dxa"/>
            <w:shd w:val="clear" w:color="auto" w:fill="E7E7E7"/>
            <w:tcMar>
              <w:top w:w="90" w:type="dxa"/>
              <w:left w:w="100" w:type="dxa"/>
              <w:bottom w:w="90" w:type="dxa"/>
              <w:right w:w="100" w:type="dxa"/>
            </w:tcMar>
            <w:vAlign w:val="center"/>
          </w:tcPr>
          <w:p w14:paraId="04B0A966" w14:textId="77777777" w:rsidR="004B2323" w:rsidRDefault="00F559D2">
            <w:r>
              <w:rPr>
                <w:b/>
              </w:rPr>
              <w:t>Position title</w:t>
            </w:r>
          </w:p>
        </w:tc>
        <w:tc>
          <w:tcPr>
            <w:tcW w:w="7343" w:type="dxa"/>
            <w:tcMar>
              <w:top w:w="90" w:type="dxa"/>
              <w:left w:w="100" w:type="dxa"/>
              <w:bottom w:w="90" w:type="dxa"/>
              <w:right w:w="100" w:type="dxa"/>
            </w:tcMar>
            <w:vAlign w:val="center"/>
          </w:tcPr>
          <w:p w14:paraId="085F72D8" w14:textId="77777777" w:rsidR="004B2323" w:rsidRDefault="004B2323"/>
        </w:tc>
      </w:tr>
      <w:tr w:rsidR="004B2323" w14:paraId="0692FCF9" w14:textId="77777777">
        <w:trPr>
          <w:jc w:val="center"/>
        </w:trPr>
        <w:tc>
          <w:tcPr>
            <w:tcW w:w="3024" w:type="dxa"/>
            <w:shd w:val="clear" w:color="auto" w:fill="E7E7E7"/>
            <w:tcMar>
              <w:top w:w="90" w:type="dxa"/>
              <w:left w:w="100" w:type="dxa"/>
              <w:bottom w:w="90" w:type="dxa"/>
              <w:right w:w="100" w:type="dxa"/>
            </w:tcMar>
            <w:vAlign w:val="center"/>
          </w:tcPr>
          <w:p w14:paraId="41BB1566" w14:textId="77777777" w:rsidR="004B2323" w:rsidRDefault="00F559D2">
            <w:r>
              <w:rPr>
                <w:b/>
              </w:rPr>
              <w:t>Where did you see the vacancy?</w:t>
            </w:r>
          </w:p>
        </w:tc>
        <w:tc>
          <w:tcPr>
            <w:tcW w:w="7343" w:type="dxa"/>
            <w:tcMar>
              <w:top w:w="90" w:type="dxa"/>
              <w:left w:w="100" w:type="dxa"/>
              <w:bottom w:w="90" w:type="dxa"/>
              <w:right w:w="100" w:type="dxa"/>
            </w:tcMar>
            <w:vAlign w:val="center"/>
          </w:tcPr>
          <w:p w14:paraId="4130C218" w14:textId="77777777" w:rsidR="004B2323" w:rsidRDefault="004B2323"/>
        </w:tc>
      </w:tr>
      <w:tr w:rsidR="004B2323" w14:paraId="40012ECD" w14:textId="77777777">
        <w:trPr>
          <w:jc w:val="center"/>
        </w:trPr>
        <w:tc>
          <w:tcPr>
            <w:tcW w:w="3024" w:type="dxa"/>
            <w:shd w:val="clear" w:color="auto" w:fill="E7E7E7"/>
            <w:tcMar>
              <w:top w:w="90" w:type="dxa"/>
              <w:left w:w="100" w:type="dxa"/>
              <w:bottom w:w="90" w:type="dxa"/>
              <w:right w:w="100" w:type="dxa"/>
            </w:tcMar>
            <w:vAlign w:val="center"/>
          </w:tcPr>
          <w:p w14:paraId="4FFF7F4C" w14:textId="77777777" w:rsidR="004B2323" w:rsidRDefault="00F559D2">
            <w:r>
              <w:rPr>
                <w:b/>
              </w:rPr>
              <w:t>Date available to start</w:t>
            </w:r>
          </w:p>
        </w:tc>
        <w:tc>
          <w:tcPr>
            <w:tcW w:w="7343" w:type="dxa"/>
            <w:tcMar>
              <w:top w:w="90" w:type="dxa"/>
              <w:left w:w="100" w:type="dxa"/>
              <w:bottom w:w="90" w:type="dxa"/>
              <w:right w:w="100" w:type="dxa"/>
            </w:tcMar>
            <w:vAlign w:val="center"/>
          </w:tcPr>
          <w:p w14:paraId="17C37236" w14:textId="77777777" w:rsidR="004B2323" w:rsidRDefault="004B2323"/>
        </w:tc>
      </w:tr>
      <w:tr w:rsidR="004B2323" w14:paraId="556BB409" w14:textId="77777777">
        <w:trPr>
          <w:jc w:val="center"/>
        </w:trPr>
        <w:tc>
          <w:tcPr>
            <w:tcW w:w="3024" w:type="dxa"/>
            <w:shd w:val="clear" w:color="auto" w:fill="E7E7E7"/>
            <w:tcMar>
              <w:top w:w="90" w:type="dxa"/>
              <w:left w:w="100" w:type="dxa"/>
              <w:bottom w:w="90" w:type="dxa"/>
              <w:right w:w="100" w:type="dxa"/>
            </w:tcMar>
            <w:vAlign w:val="center"/>
          </w:tcPr>
          <w:p w14:paraId="086D3642" w14:textId="77777777" w:rsidR="004B2323" w:rsidRDefault="00F559D2">
            <w:r>
              <w:rPr>
                <w:b/>
              </w:rPr>
              <w:t>Do you require sponsorship to work in the UK?</w:t>
            </w:r>
          </w:p>
        </w:tc>
        <w:tc>
          <w:tcPr>
            <w:tcW w:w="7343" w:type="dxa"/>
            <w:tcMar>
              <w:top w:w="90" w:type="dxa"/>
              <w:left w:w="100" w:type="dxa"/>
              <w:bottom w:w="90" w:type="dxa"/>
              <w:right w:w="100" w:type="dxa"/>
            </w:tcMar>
            <w:vAlign w:val="center"/>
          </w:tcPr>
          <w:p w14:paraId="60C735E6" w14:textId="77777777" w:rsidR="004B2323" w:rsidRDefault="00F559D2">
            <w:r>
              <w:t>Yes / No. If yes, give brief details:</w:t>
            </w:r>
          </w:p>
        </w:tc>
      </w:tr>
    </w:tbl>
    <w:p w14:paraId="1FE6A44C" w14:textId="77777777" w:rsidR="004B2323" w:rsidRDefault="004B2323">
      <w:pPr>
        <w:spacing w:after="20"/>
      </w:pPr>
    </w:p>
    <w:p w14:paraId="6E39C814" w14:textId="77777777" w:rsidR="004B2323" w:rsidRDefault="00F559D2">
      <w:pPr>
        <w:keepNext/>
      </w:pPr>
      <w:r>
        <w:rPr>
          <w:b/>
          <w:color w:val="666666"/>
          <w:sz w:val="24"/>
        </w:rPr>
        <w:t>2. Personal details</w:t>
      </w:r>
    </w:p>
    <w:tbl>
      <w:tblPr>
        <w:tblStyle w:val="TableGrid"/>
        <w:tblW w:w="0" w:type="auto"/>
        <w:jc w:val="center"/>
        <w:tblLayout w:type="fixed"/>
        <w:tblLook w:val="04A0" w:firstRow="1" w:lastRow="0" w:firstColumn="1" w:lastColumn="0" w:noHBand="0" w:noVBand="1"/>
      </w:tblPr>
      <w:tblGrid>
        <w:gridCol w:w="3024"/>
        <w:gridCol w:w="7343"/>
      </w:tblGrid>
      <w:tr w:rsidR="004B2323" w14:paraId="1278E160" w14:textId="77777777">
        <w:trPr>
          <w:jc w:val="center"/>
        </w:trPr>
        <w:tc>
          <w:tcPr>
            <w:tcW w:w="3024" w:type="dxa"/>
            <w:shd w:val="clear" w:color="auto" w:fill="E7E7E7"/>
            <w:tcMar>
              <w:top w:w="90" w:type="dxa"/>
              <w:left w:w="100" w:type="dxa"/>
              <w:bottom w:w="90" w:type="dxa"/>
              <w:right w:w="100" w:type="dxa"/>
            </w:tcMar>
            <w:vAlign w:val="center"/>
          </w:tcPr>
          <w:p w14:paraId="39BDAA9E" w14:textId="77777777" w:rsidR="004B2323" w:rsidRDefault="00F559D2">
            <w:r>
              <w:rPr>
                <w:b/>
              </w:rPr>
              <w:t>Family name</w:t>
            </w:r>
          </w:p>
        </w:tc>
        <w:tc>
          <w:tcPr>
            <w:tcW w:w="7343" w:type="dxa"/>
            <w:tcMar>
              <w:top w:w="90" w:type="dxa"/>
              <w:left w:w="100" w:type="dxa"/>
              <w:bottom w:w="90" w:type="dxa"/>
              <w:right w:w="100" w:type="dxa"/>
            </w:tcMar>
            <w:vAlign w:val="center"/>
          </w:tcPr>
          <w:p w14:paraId="3C4732E9" w14:textId="77777777" w:rsidR="004B2323" w:rsidRDefault="004B2323"/>
        </w:tc>
      </w:tr>
      <w:tr w:rsidR="004B2323" w14:paraId="4BE3F08A" w14:textId="77777777">
        <w:trPr>
          <w:jc w:val="center"/>
        </w:trPr>
        <w:tc>
          <w:tcPr>
            <w:tcW w:w="3024" w:type="dxa"/>
            <w:shd w:val="clear" w:color="auto" w:fill="E7E7E7"/>
            <w:tcMar>
              <w:top w:w="90" w:type="dxa"/>
              <w:left w:w="100" w:type="dxa"/>
              <w:bottom w:w="90" w:type="dxa"/>
              <w:right w:w="100" w:type="dxa"/>
            </w:tcMar>
            <w:vAlign w:val="center"/>
          </w:tcPr>
          <w:p w14:paraId="426AD35A" w14:textId="77777777" w:rsidR="004B2323" w:rsidRDefault="00F559D2">
            <w:r>
              <w:rPr>
                <w:b/>
              </w:rPr>
              <w:t>First name(s)</w:t>
            </w:r>
          </w:p>
        </w:tc>
        <w:tc>
          <w:tcPr>
            <w:tcW w:w="7343" w:type="dxa"/>
            <w:tcMar>
              <w:top w:w="90" w:type="dxa"/>
              <w:left w:w="100" w:type="dxa"/>
              <w:bottom w:w="90" w:type="dxa"/>
              <w:right w:w="100" w:type="dxa"/>
            </w:tcMar>
            <w:vAlign w:val="center"/>
          </w:tcPr>
          <w:p w14:paraId="173AF55F" w14:textId="77777777" w:rsidR="004B2323" w:rsidRDefault="004B2323"/>
        </w:tc>
      </w:tr>
      <w:tr w:rsidR="004B2323" w14:paraId="4EA3B754" w14:textId="77777777">
        <w:trPr>
          <w:jc w:val="center"/>
        </w:trPr>
        <w:tc>
          <w:tcPr>
            <w:tcW w:w="3024" w:type="dxa"/>
            <w:shd w:val="clear" w:color="auto" w:fill="E7E7E7"/>
            <w:tcMar>
              <w:top w:w="90" w:type="dxa"/>
              <w:left w:w="100" w:type="dxa"/>
              <w:bottom w:w="90" w:type="dxa"/>
              <w:right w:w="100" w:type="dxa"/>
            </w:tcMar>
            <w:vAlign w:val="center"/>
          </w:tcPr>
          <w:p w14:paraId="028FAC5D" w14:textId="77777777" w:rsidR="004B2323" w:rsidRDefault="00F559D2">
            <w:r>
              <w:rPr>
                <w:b/>
              </w:rPr>
              <w:t>Title (optional)</w:t>
            </w:r>
          </w:p>
        </w:tc>
        <w:tc>
          <w:tcPr>
            <w:tcW w:w="7343" w:type="dxa"/>
            <w:tcMar>
              <w:top w:w="90" w:type="dxa"/>
              <w:left w:w="100" w:type="dxa"/>
              <w:bottom w:w="90" w:type="dxa"/>
              <w:right w:w="100" w:type="dxa"/>
            </w:tcMar>
            <w:vAlign w:val="center"/>
          </w:tcPr>
          <w:p w14:paraId="5CD4112C" w14:textId="77777777" w:rsidR="004B2323" w:rsidRDefault="004B2323"/>
        </w:tc>
      </w:tr>
      <w:tr w:rsidR="004B2323" w14:paraId="74489C88" w14:textId="77777777">
        <w:trPr>
          <w:jc w:val="center"/>
        </w:trPr>
        <w:tc>
          <w:tcPr>
            <w:tcW w:w="3024" w:type="dxa"/>
            <w:shd w:val="clear" w:color="auto" w:fill="E7E7E7"/>
            <w:tcMar>
              <w:top w:w="90" w:type="dxa"/>
              <w:left w:w="100" w:type="dxa"/>
              <w:bottom w:w="90" w:type="dxa"/>
              <w:right w:w="100" w:type="dxa"/>
            </w:tcMar>
            <w:vAlign w:val="center"/>
          </w:tcPr>
          <w:p w14:paraId="79BCE309" w14:textId="77777777" w:rsidR="004B2323" w:rsidRDefault="00F559D2">
            <w:r>
              <w:rPr>
                <w:b/>
              </w:rPr>
              <w:t>Current address</w:t>
            </w:r>
          </w:p>
        </w:tc>
        <w:tc>
          <w:tcPr>
            <w:tcW w:w="7343" w:type="dxa"/>
            <w:tcMar>
              <w:top w:w="90" w:type="dxa"/>
              <w:left w:w="100" w:type="dxa"/>
              <w:bottom w:w="90" w:type="dxa"/>
              <w:right w:w="100" w:type="dxa"/>
            </w:tcMar>
            <w:vAlign w:val="center"/>
          </w:tcPr>
          <w:p w14:paraId="5E5EC216" w14:textId="77777777" w:rsidR="004B2323" w:rsidRDefault="00F559D2">
            <w:r>
              <w:br/>
            </w:r>
            <w:r>
              <w:br/>
              <w:t>Postcode:</w:t>
            </w:r>
          </w:p>
        </w:tc>
      </w:tr>
      <w:tr w:rsidR="004B2323" w14:paraId="7FEDB994" w14:textId="77777777">
        <w:trPr>
          <w:jc w:val="center"/>
        </w:trPr>
        <w:tc>
          <w:tcPr>
            <w:tcW w:w="3024" w:type="dxa"/>
            <w:shd w:val="clear" w:color="auto" w:fill="E7E7E7"/>
            <w:tcMar>
              <w:top w:w="90" w:type="dxa"/>
              <w:left w:w="100" w:type="dxa"/>
              <w:bottom w:w="90" w:type="dxa"/>
              <w:right w:w="100" w:type="dxa"/>
            </w:tcMar>
            <w:vAlign w:val="center"/>
          </w:tcPr>
          <w:p w14:paraId="20AA05BE" w14:textId="77777777" w:rsidR="004B2323" w:rsidRDefault="00F559D2">
            <w:r>
              <w:rPr>
                <w:b/>
              </w:rPr>
              <w:t>Telephone number</w:t>
            </w:r>
          </w:p>
        </w:tc>
        <w:tc>
          <w:tcPr>
            <w:tcW w:w="7343" w:type="dxa"/>
            <w:tcMar>
              <w:top w:w="90" w:type="dxa"/>
              <w:left w:w="100" w:type="dxa"/>
              <w:bottom w:w="90" w:type="dxa"/>
              <w:right w:w="100" w:type="dxa"/>
            </w:tcMar>
            <w:vAlign w:val="center"/>
          </w:tcPr>
          <w:p w14:paraId="35AB1913" w14:textId="77777777" w:rsidR="004B2323" w:rsidRDefault="004B2323"/>
        </w:tc>
      </w:tr>
      <w:tr w:rsidR="004B2323" w14:paraId="34243BDC" w14:textId="77777777">
        <w:trPr>
          <w:jc w:val="center"/>
        </w:trPr>
        <w:tc>
          <w:tcPr>
            <w:tcW w:w="3024" w:type="dxa"/>
            <w:shd w:val="clear" w:color="auto" w:fill="E7E7E7"/>
            <w:tcMar>
              <w:top w:w="90" w:type="dxa"/>
              <w:left w:w="100" w:type="dxa"/>
              <w:bottom w:w="90" w:type="dxa"/>
              <w:right w:w="100" w:type="dxa"/>
            </w:tcMar>
            <w:vAlign w:val="center"/>
          </w:tcPr>
          <w:p w14:paraId="5DF54E23" w14:textId="77777777" w:rsidR="004B2323" w:rsidRDefault="00F559D2">
            <w:r>
              <w:rPr>
                <w:b/>
              </w:rPr>
              <w:t>Email address</w:t>
            </w:r>
          </w:p>
        </w:tc>
        <w:tc>
          <w:tcPr>
            <w:tcW w:w="7343" w:type="dxa"/>
            <w:tcMar>
              <w:top w:w="90" w:type="dxa"/>
              <w:left w:w="100" w:type="dxa"/>
              <w:bottom w:w="90" w:type="dxa"/>
              <w:right w:w="100" w:type="dxa"/>
            </w:tcMar>
            <w:vAlign w:val="center"/>
          </w:tcPr>
          <w:p w14:paraId="26C379CC" w14:textId="77777777" w:rsidR="004B2323" w:rsidRDefault="004B2323"/>
        </w:tc>
      </w:tr>
      <w:tr w:rsidR="004B2323" w14:paraId="325AE421" w14:textId="77777777">
        <w:trPr>
          <w:jc w:val="center"/>
        </w:trPr>
        <w:tc>
          <w:tcPr>
            <w:tcW w:w="3024" w:type="dxa"/>
            <w:shd w:val="clear" w:color="auto" w:fill="E7E7E7"/>
            <w:tcMar>
              <w:top w:w="90" w:type="dxa"/>
              <w:left w:w="100" w:type="dxa"/>
              <w:bottom w:w="90" w:type="dxa"/>
              <w:right w:w="100" w:type="dxa"/>
            </w:tcMar>
            <w:vAlign w:val="center"/>
          </w:tcPr>
          <w:p w14:paraId="6D193BF7" w14:textId="77777777" w:rsidR="004B2323" w:rsidRDefault="00F559D2">
            <w:r>
              <w:rPr>
                <w:b/>
              </w:rPr>
              <w:t>Previous names</w:t>
            </w:r>
          </w:p>
        </w:tc>
        <w:tc>
          <w:tcPr>
            <w:tcW w:w="7343" w:type="dxa"/>
            <w:tcMar>
              <w:top w:w="90" w:type="dxa"/>
              <w:left w:w="100" w:type="dxa"/>
              <w:bottom w:w="90" w:type="dxa"/>
              <w:right w:w="100" w:type="dxa"/>
            </w:tcMar>
            <w:vAlign w:val="center"/>
          </w:tcPr>
          <w:p w14:paraId="7C1E52C9" w14:textId="77777777" w:rsidR="004B2323" w:rsidRDefault="00F559D2">
            <w:r>
              <w:t>Give all previous names and the dates each name was used:</w:t>
            </w:r>
          </w:p>
        </w:tc>
      </w:tr>
      <w:tr w:rsidR="004B2323" w14:paraId="4C246DD1" w14:textId="77777777">
        <w:trPr>
          <w:jc w:val="center"/>
        </w:trPr>
        <w:tc>
          <w:tcPr>
            <w:tcW w:w="3024" w:type="dxa"/>
            <w:shd w:val="clear" w:color="auto" w:fill="E7E7E7"/>
            <w:tcMar>
              <w:top w:w="90" w:type="dxa"/>
              <w:left w:w="100" w:type="dxa"/>
              <w:bottom w:w="90" w:type="dxa"/>
              <w:right w:w="100" w:type="dxa"/>
            </w:tcMar>
            <w:vAlign w:val="center"/>
          </w:tcPr>
          <w:p w14:paraId="63EE8A3F" w14:textId="77777777" w:rsidR="004B2323" w:rsidRDefault="00F559D2">
            <w:r>
              <w:rPr>
                <w:b/>
              </w:rPr>
              <w:t>National Insurance number</w:t>
            </w:r>
          </w:p>
        </w:tc>
        <w:tc>
          <w:tcPr>
            <w:tcW w:w="7343" w:type="dxa"/>
            <w:tcMar>
              <w:top w:w="90" w:type="dxa"/>
              <w:left w:w="100" w:type="dxa"/>
              <w:bottom w:w="90" w:type="dxa"/>
              <w:right w:w="100" w:type="dxa"/>
            </w:tcMar>
            <w:vAlign w:val="center"/>
          </w:tcPr>
          <w:p w14:paraId="513A7EEF" w14:textId="77777777" w:rsidR="004B2323" w:rsidRDefault="004B2323"/>
        </w:tc>
      </w:tr>
      <w:tr w:rsidR="004B2323" w14:paraId="21B25738" w14:textId="77777777">
        <w:trPr>
          <w:jc w:val="center"/>
        </w:trPr>
        <w:tc>
          <w:tcPr>
            <w:tcW w:w="3024" w:type="dxa"/>
            <w:shd w:val="clear" w:color="auto" w:fill="E7E7E7"/>
            <w:tcMar>
              <w:top w:w="90" w:type="dxa"/>
              <w:left w:w="100" w:type="dxa"/>
              <w:bottom w:w="90" w:type="dxa"/>
              <w:right w:w="100" w:type="dxa"/>
            </w:tcMar>
            <w:vAlign w:val="center"/>
          </w:tcPr>
          <w:p w14:paraId="2C95C058" w14:textId="77777777" w:rsidR="004B2323" w:rsidRDefault="00F559D2">
            <w:r>
              <w:rPr>
                <w:b/>
              </w:rPr>
              <w:t>Right to work in the UK</w:t>
            </w:r>
          </w:p>
        </w:tc>
        <w:tc>
          <w:tcPr>
            <w:tcW w:w="7343" w:type="dxa"/>
            <w:tcMar>
              <w:top w:w="90" w:type="dxa"/>
              <w:left w:w="100" w:type="dxa"/>
              <w:bottom w:w="90" w:type="dxa"/>
              <w:right w:w="100" w:type="dxa"/>
            </w:tcMar>
            <w:vAlign w:val="center"/>
          </w:tcPr>
          <w:p w14:paraId="0800CC82" w14:textId="77777777" w:rsidR="004B2323" w:rsidRDefault="00F559D2">
            <w:r>
              <w:t>Yes / No</w:t>
            </w:r>
          </w:p>
        </w:tc>
      </w:tr>
    </w:tbl>
    <w:p w14:paraId="51C8B777" w14:textId="77777777" w:rsidR="004B2323" w:rsidRDefault="004B2323">
      <w:pPr>
        <w:spacing w:after="20"/>
      </w:pPr>
    </w:p>
    <w:p w14:paraId="1C332BF2" w14:textId="77777777" w:rsidR="004B2323" w:rsidRDefault="00F559D2">
      <w:pPr>
        <w:keepNext/>
      </w:pPr>
      <w:r>
        <w:rPr>
          <w:b/>
          <w:color w:val="666666"/>
          <w:sz w:val="24"/>
        </w:rPr>
        <w:lastRenderedPageBreak/>
        <w:t>3. Education and qualifications</w:t>
      </w:r>
    </w:p>
    <w:p w14:paraId="7229A2FA" w14:textId="77777777" w:rsidR="004B2323" w:rsidRDefault="00F559D2">
      <w:pPr>
        <w:keepNext/>
      </w:pPr>
      <w:r>
        <w:rPr>
          <w:i/>
          <w:sz w:val="16"/>
        </w:rPr>
        <w:t>Include secondary, further and higher education. Give the awarding body and date of award. Include courses started but not completed.</w:t>
      </w:r>
    </w:p>
    <w:tbl>
      <w:tblPr>
        <w:tblStyle w:val="TableGrid"/>
        <w:tblW w:w="0" w:type="auto"/>
        <w:jc w:val="center"/>
        <w:tblLayout w:type="fixed"/>
        <w:tblLook w:val="04A0" w:firstRow="1" w:lastRow="0" w:firstColumn="1" w:lastColumn="0" w:noHBand="0" w:noVBand="1"/>
      </w:tblPr>
      <w:tblGrid>
        <w:gridCol w:w="2880"/>
        <w:gridCol w:w="1080"/>
        <w:gridCol w:w="1080"/>
        <w:gridCol w:w="2232"/>
        <w:gridCol w:w="1800"/>
        <w:gridCol w:w="1584"/>
      </w:tblGrid>
      <w:tr w:rsidR="004B2323" w14:paraId="15D86082" w14:textId="77777777">
        <w:trPr>
          <w:tblHeader/>
          <w:jc w:val="center"/>
        </w:trPr>
        <w:tc>
          <w:tcPr>
            <w:tcW w:w="2880" w:type="dxa"/>
            <w:shd w:val="clear" w:color="auto" w:fill="666666"/>
            <w:tcMar>
              <w:top w:w="90" w:type="dxa"/>
              <w:left w:w="100" w:type="dxa"/>
              <w:bottom w:w="90" w:type="dxa"/>
              <w:right w:w="100" w:type="dxa"/>
            </w:tcMar>
            <w:vAlign w:val="center"/>
          </w:tcPr>
          <w:p w14:paraId="425E3646" w14:textId="77777777" w:rsidR="004B2323" w:rsidRDefault="00F559D2">
            <w:pPr>
              <w:jc w:val="center"/>
            </w:pPr>
            <w:r>
              <w:rPr>
                <w:b/>
                <w:color w:val="FFFFFF"/>
                <w:sz w:val="16"/>
              </w:rPr>
              <w:t>Establishment and location</w:t>
            </w:r>
          </w:p>
        </w:tc>
        <w:tc>
          <w:tcPr>
            <w:tcW w:w="1080" w:type="dxa"/>
            <w:shd w:val="clear" w:color="auto" w:fill="666666"/>
            <w:tcMar>
              <w:top w:w="90" w:type="dxa"/>
              <w:left w:w="100" w:type="dxa"/>
              <w:bottom w:w="90" w:type="dxa"/>
              <w:right w:w="100" w:type="dxa"/>
            </w:tcMar>
            <w:vAlign w:val="center"/>
          </w:tcPr>
          <w:p w14:paraId="3354F32C" w14:textId="77777777" w:rsidR="004B2323" w:rsidRDefault="00F559D2">
            <w:pPr>
              <w:jc w:val="center"/>
            </w:pPr>
            <w:r>
              <w:rPr>
                <w:b/>
                <w:color w:val="FFFFFF"/>
                <w:sz w:val="16"/>
              </w:rPr>
              <w:t>From</w:t>
            </w:r>
            <w:r>
              <w:rPr>
                <w:b/>
                <w:color w:val="FFFFFF"/>
                <w:sz w:val="16"/>
              </w:rPr>
              <w:br/>
              <w:t>MM/YYYY</w:t>
            </w:r>
          </w:p>
        </w:tc>
        <w:tc>
          <w:tcPr>
            <w:tcW w:w="1080" w:type="dxa"/>
            <w:shd w:val="clear" w:color="auto" w:fill="666666"/>
            <w:tcMar>
              <w:top w:w="90" w:type="dxa"/>
              <w:left w:w="100" w:type="dxa"/>
              <w:bottom w:w="90" w:type="dxa"/>
              <w:right w:w="100" w:type="dxa"/>
            </w:tcMar>
            <w:vAlign w:val="center"/>
          </w:tcPr>
          <w:p w14:paraId="5D01AD5C" w14:textId="77777777" w:rsidR="004B2323" w:rsidRDefault="00F559D2">
            <w:pPr>
              <w:jc w:val="center"/>
            </w:pPr>
            <w:r>
              <w:rPr>
                <w:b/>
                <w:color w:val="FFFFFF"/>
                <w:sz w:val="16"/>
              </w:rPr>
              <w:t>To</w:t>
            </w:r>
            <w:r>
              <w:rPr>
                <w:b/>
                <w:color w:val="FFFFFF"/>
                <w:sz w:val="16"/>
              </w:rPr>
              <w:br/>
              <w:t>MM/YYYY</w:t>
            </w:r>
          </w:p>
        </w:tc>
        <w:tc>
          <w:tcPr>
            <w:tcW w:w="2232" w:type="dxa"/>
            <w:shd w:val="clear" w:color="auto" w:fill="666666"/>
            <w:tcMar>
              <w:top w:w="90" w:type="dxa"/>
              <w:left w:w="100" w:type="dxa"/>
              <w:bottom w:w="90" w:type="dxa"/>
              <w:right w:w="100" w:type="dxa"/>
            </w:tcMar>
            <w:vAlign w:val="center"/>
          </w:tcPr>
          <w:p w14:paraId="24647C1D" w14:textId="77777777" w:rsidR="004B2323" w:rsidRDefault="00F559D2">
            <w:pPr>
              <w:jc w:val="center"/>
            </w:pPr>
            <w:r>
              <w:rPr>
                <w:b/>
                <w:color w:val="FFFFFF"/>
                <w:sz w:val="16"/>
              </w:rPr>
              <w:t>Qualification / subject</w:t>
            </w:r>
          </w:p>
        </w:tc>
        <w:tc>
          <w:tcPr>
            <w:tcW w:w="1800" w:type="dxa"/>
            <w:shd w:val="clear" w:color="auto" w:fill="666666"/>
            <w:tcMar>
              <w:top w:w="90" w:type="dxa"/>
              <w:left w:w="100" w:type="dxa"/>
              <w:bottom w:w="90" w:type="dxa"/>
              <w:right w:w="100" w:type="dxa"/>
            </w:tcMar>
            <w:vAlign w:val="center"/>
          </w:tcPr>
          <w:p w14:paraId="3DFA2845" w14:textId="77777777" w:rsidR="004B2323" w:rsidRDefault="00F559D2">
            <w:pPr>
              <w:jc w:val="center"/>
            </w:pPr>
            <w:r>
              <w:rPr>
                <w:b/>
                <w:color w:val="FFFFFF"/>
                <w:sz w:val="16"/>
              </w:rPr>
              <w:t>Awarding body</w:t>
            </w:r>
          </w:p>
        </w:tc>
        <w:tc>
          <w:tcPr>
            <w:tcW w:w="1584" w:type="dxa"/>
            <w:shd w:val="clear" w:color="auto" w:fill="666666"/>
            <w:tcMar>
              <w:top w:w="90" w:type="dxa"/>
              <w:left w:w="100" w:type="dxa"/>
              <w:bottom w:w="90" w:type="dxa"/>
              <w:right w:w="100" w:type="dxa"/>
            </w:tcMar>
            <w:vAlign w:val="center"/>
          </w:tcPr>
          <w:p w14:paraId="40E7C0B3" w14:textId="77777777" w:rsidR="004B2323" w:rsidRDefault="00F559D2">
            <w:pPr>
              <w:jc w:val="center"/>
            </w:pPr>
            <w:r>
              <w:rPr>
                <w:b/>
                <w:color w:val="FFFFFF"/>
                <w:sz w:val="16"/>
              </w:rPr>
              <w:t>Grade and award date</w:t>
            </w:r>
          </w:p>
        </w:tc>
      </w:tr>
      <w:tr w:rsidR="004B2323" w14:paraId="0A2F294F" w14:textId="77777777">
        <w:trPr>
          <w:jc w:val="center"/>
        </w:trPr>
        <w:tc>
          <w:tcPr>
            <w:tcW w:w="2880" w:type="dxa"/>
            <w:tcMar>
              <w:top w:w="90" w:type="dxa"/>
              <w:left w:w="100" w:type="dxa"/>
              <w:bottom w:w="90" w:type="dxa"/>
              <w:right w:w="100" w:type="dxa"/>
            </w:tcMar>
            <w:vAlign w:val="center"/>
          </w:tcPr>
          <w:p w14:paraId="28FB07A9" w14:textId="77777777" w:rsidR="004B2323" w:rsidRDefault="00F559D2">
            <w:r>
              <w:rPr>
                <w:sz w:val="16"/>
              </w:rPr>
              <w:br/>
            </w:r>
          </w:p>
        </w:tc>
        <w:tc>
          <w:tcPr>
            <w:tcW w:w="1080" w:type="dxa"/>
            <w:tcMar>
              <w:top w:w="90" w:type="dxa"/>
              <w:left w:w="100" w:type="dxa"/>
              <w:bottom w:w="90" w:type="dxa"/>
              <w:right w:w="100" w:type="dxa"/>
            </w:tcMar>
            <w:vAlign w:val="center"/>
          </w:tcPr>
          <w:p w14:paraId="4161AD38" w14:textId="77777777" w:rsidR="004B2323" w:rsidRDefault="00F559D2">
            <w:r>
              <w:rPr>
                <w:sz w:val="16"/>
              </w:rPr>
              <w:br/>
            </w:r>
          </w:p>
        </w:tc>
        <w:tc>
          <w:tcPr>
            <w:tcW w:w="1080" w:type="dxa"/>
            <w:tcMar>
              <w:top w:w="90" w:type="dxa"/>
              <w:left w:w="100" w:type="dxa"/>
              <w:bottom w:w="90" w:type="dxa"/>
              <w:right w:w="100" w:type="dxa"/>
            </w:tcMar>
            <w:vAlign w:val="center"/>
          </w:tcPr>
          <w:p w14:paraId="5B3F1A7A" w14:textId="77777777" w:rsidR="004B2323" w:rsidRDefault="00F559D2">
            <w:r>
              <w:rPr>
                <w:sz w:val="16"/>
              </w:rPr>
              <w:br/>
            </w:r>
          </w:p>
        </w:tc>
        <w:tc>
          <w:tcPr>
            <w:tcW w:w="2232" w:type="dxa"/>
            <w:tcMar>
              <w:top w:w="90" w:type="dxa"/>
              <w:left w:w="100" w:type="dxa"/>
              <w:bottom w:w="90" w:type="dxa"/>
              <w:right w:w="100" w:type="dxa"/>
            </w:tcMar>
            <w:vAlign w:val="center"/>
          </w:tcPr>
          <w:p w14:paraId="1EE7B20F" w14:textId="77777777" w:rsidR="004B2323" w:rsidRDefault="00F559D2">
            <w:r>
              <w:rPr>
                <w:sz w:val="16"/>
              </w:rPr>
              <w:br/>
            </w:r>
          </w:p>
        </w:tc>
        <w:tc>
          <w:tcPr>
            <w:tcW w:w="1800" w:type="dxa"/>
            <w:tcMar>
              <w:top w:w="90" w:type="dxa"/>
              <w:left w:w="100" w:type="dxa"/>
              <w:bottom w:w="90" w:type="dxa"/>
              <w:right w:w="100" w:type="dxa"/>
            </w:tcMar>
            <w:vAlign w:val="center"/>
          </w:tcPr>
          <w:p w14:paraId="39A6A6F7" w14:textId="77777777" w:rsidR="004B2323" w:rsidRDefault="00F559D2">
            <w:r>
              <w:rPr>
                <w:sz w:val="16"/>
              </w:rPr>
              <w:br/>
            </w:r>
          </w:p>
        </w:tc>
        <w:tc>
          <w:tcPr>
            <w:tcW w:w="1584" w:type="dxa"/>
            <w:tcMar>
              <w:top w:w="90" w:type="dxa"/>
              <w:left w:w="100" w:type="dxa"/>
              <w:bottom w:w="90" w:type="dxa"/>
              <w:right w:w="100" w:type="dxa"/>
            </w:tcMar>
            <w:vAlign w:val="center"/>
          </w:tcPr>
          <w:p w14:paraId="49603071" w14:textId="77777777" w:rsidR="004B2323" w:rsidRDefault="00F559D2">
            <w:r>
              <w:rPr>
                <w:sz w:val="16"/>
              </w:rPr>
              <w:br/>
            </w:r>
          </w:p>
        </w:tc>
      </w:tr>
      <w:tr w:rsidR="004B2323" w14:paraId="3BA773D8" w14:textId="77777777">
        <w:trPr>
          <w:jc w:val="center"/>
        </w:trPr>
        <w:tc>
          <w:tcPr>
            <w:tcW w:w="2880" w:type="dxa"/>
            <w:tcMar>
              <w:top w:w="90" w:type="dxa"/>
              <w:left w:w="100" w:type="dxa"/>
              <w:bottom w:w="90" w:type="dxa"/>
              <w:right w:w="100" w:type="dxa"/>
            </w:tcMar>
            <w:vAlign w:val="center"/>
          </w:tcPr>
          <w:p w14:paraId="4E506F66" w14:textId="77777777" w:rsidR="004B2323" w:rsidRDefault="00F559D2">
            <w:r>
              <w:rPr>
                <w:sz w:val="16"/>
              </w:rPr>
              <w:br/>
            </w:r>
          </w:p>
        </w:tc>
        <w:tc>
          <w:tcPr>
            <w:tcW w:w="1080" w:type="dxa"/>
            <w:tcMar>
              <w:top w:w="90" w:type="dxa"/>
              <w:left w:w="100" w:type="dxa"/>
              <w:bottom w:w="90" w:type="dxa"/>
              <w:right w:w="100" w:type="dxa"/>
            </w:tcMar>
            <w:vAlign w:val="center"/>
          </w:tcPr>
          <w:p w14:paraId="7ECE82A1" w14:textId="77777777" w:rsidR="004B2323" w:rsidRDefault="00F559D2">
            <w:r>
              <w:rPr>
                <w:sz w:val="16"/>
              </w:rPr>
              <w:br/>
            </w:r>
          </w:p>
        </w:tc>
        <w:tc>
          <w:tcPr>
            <w:tcW w:w="1080" w:type="dxa"/>
            <w:tcMar>
              <w:top w:w="90" w:type="dxa"/>
              <w:left w:w="100" w:type="dxa"/>
              <w:bottom w:w="90" w:type="dxa"/>
              <w:right w:w="100" w:type="dxa"/>
            </w:tcMar>
            <w:vAlign w:val="center"/>
          </w:tcPr>
          <w:p w14:paraId="53764DE1" w14:textId="77777777" w:rsidR="004B2323" w:rsidRDefault="00F559D2">
            <w:r>
              <w:rPr>
                <w:sz w:val="16"/>
              </w:rPr>
              <w:br/>
            </w:r>
          </w:p>
        </w:tc>
        <w:tc>
          <w:tcPr>
            <w:tcW w:w="2232" w:type="dxa"/>
            <w:tcMar>
              <w:top w:w="90" w:type="dxa"/>
              <w:left w:w="100" w:type="dxa"/>
              <w:bottom w:w="90" w:type="dxa"/>
              <w:right w:w="100" w:type="dxa"/>
            </w:tcMar>
            <w:vAlign w:val="center"/>
          </w:tcPr>
          <w:p w14:paraId="7C968015" w14:textId="77777777" w:rsidR="004B2323" w:rsidRDefault="00F559D2">
            <w:r>
              <w:rPr>
                <w:sz w:val="16"/>
              </w:rPr>
              <w:br/>
            </w:r>
          </w:p>
        </w:tc>
        <w:tc>
          <w:tcPr>
            <w:tcW w:w="1800" w:type="dxa"/>
            <w:tcMar>
              <w:top w:w="90" w:type="dxa"/>
              <w:left w:w="100" w:type="dxa"/>
              <w:bottom w:w="90" w:type="dxa"/>
              <w:right w:w="100" w:type="dxa"/>
            </w:tcMar>
            <w:vAlign w:val="center"/>
          </w:tcPr>
          <w:p w14:paraId="34BCB38B" w14:textId="77777777" w:rsidR="004B2323" w:rsidRDefault="00F559D2">
            <w:r>
              <w:rPr>
                <w:sz w:val="16"/>
              </w:rPr>
              <w:br/>
            </w:r>
          </w:p>
        </w:tc>
        <w:tc>
          <w:tcPr>
            <w:tcW w:w="1584" w:type="dxa"/>
            <w:tcMar>
              <w:top w:w="90" w:type="dxa"/>
              <w:left w:w="100" w:type="dxa"/>
              <w:bottom w:w="90" w:type="dxa"/>
              <w:right w:w="100" w:type="dxa"/>
            </w:tcMar>
            <w:vAlign w:val="center"/>
          </w:tcPr>
          <w:p w14:paraId="4640B689" w14:textId="77777777" w:rsidR="004B2323" w:rsidRDefault="00F559D2">
            <w:r>
              <w:rPr>
                <w:sz w:val="16"/>
              </w:rPr>
              <w:br/>
            </w:r>
          </w:p>
        </w:tc>
      </w:tr>
      <w:tr w:rsidR="004B2323" w14:paraId="33BE0C7B" w14:textId="77777777">
        <w:trPr>
          <w:jc w:val="center"/>
        </w:trPr>
        <w:tc>
          <w:tcPr>
            <w:tcW w:w="2880" w:type="dxa"/>
            <w:tcMar>
              <w:top w:w="90" w:type="dxa"/>
              <w:left w:w="100" w:type="dxa"/>
              <w:bottom w:w="90" w:type="dxa"/>
              <w:right w:w="100" w:type="dxa"/>
            </w:tcMar>
            <w:vAlign w:val="center"/>
          </w:tcPr>
          <w:p w14:paraId="221409A6" w14:textId="77777777" w:rsidR="004B2323" w:rsidRDefault="00F559D2">
            <w:r>
              <w:rPr>
                <w:sz w:val="16"/>
              </w:rPr>
              <w:br/>
            </w:r>
          </w:p>
        </w:tc>
        <w:tc>
          <w:tcPr>
            <w:tcW w:w="1080" w:type="dxa"/>
            <w:tcMar>
              <w:top w:w="90" w:type="dxa"/>
              <w:left w:w="100" w:type="dxa"/>
              <w:bottom w:w="90" w:type="dxa"/>
              <w:right w:w="100" w:type="dxa"/>
            </w:tcMar>
            <w:vAlign w:val="center"/>
          </w:tcPr>
          <w:p w14:paraId="75C2F985" w14:textId="77777777" w:rsidR="004B2323" w:rsidRDefault="00F559D2">
            <w:r>
              <w:rPr>
                <w:sz w:val="16"/>
              </w:rPr>
              <w:br/>
            </w:r>
          </w:p>
        </w:tc>
        <w:tc>
          <w:tcPr>
            <w:tcW w:w="1080" w:type="dxa"/>
            <w:tcMar>
              <w:top w:w="90" w:type="dxa"/>
              <w:left w:w="100" w:type="dxa"/>
              <w:bottom w:w="90" w:type="dxa"/>
              <w:right w:w="100" w:type="dxa"/>
            </w:tcMar>
            <w:vAlign w:val="center"/>
          </w:tcPr>
          <w:p w14:paraId="53EB69D0" w14:textId="77777777" w:rsidR="004B2323" w:rsidRDefault="00F559D2">
            <w:r>
              <w:rPr>
                <w:sz w:val="16"/>
              </w:rPr>
              <w:br/>
            </w:r>
          </w:p>
        </w:tc>
        <w:tc>
          <w:tcPr>
            <w:tcW w:w="2232" w:type="dxa"/>
            <w:tcMar>
              <w:top w:w="90" w:type="dxa"/>
              <w:left w:w="100" w:type="dxa"/>
              <w:bottom w:w="90" w:type="dxa"/>
              <w:right w:w="100" w:type="dxa"/>
            </w:tcMar>
            <w:vAlign w:val="center"/>
          </w:tcPr>
          <w:p w14:paraId="09472C34" w14:textId="77777777" w:rsidR="004B2323" w:rsidRDefault="00F559D2">
            <w:r>
              <w:rPr>
                <w:sz w:val="16"/>
              </w:rPr>
              <w:br/>
            </w:r>
          </w:p>
        </w:tc>
        <w:tc>
          <w:tcPr>
            <w:tcW w:w="1800" w:type="dxa"/>
            <w:tcMar>
              <w:top w:w="90" w:type="dxa"/>
              <w:left w:w="100" w:type="dxa"/>
              <w:bottom w:w="90" w:type="dxa"/>
              <w:right w:w="100" w:type="dxa"/>
            </w:tcMar>
            <w:vAlign w:val="center"/>
          </w:tcPr>
          <w:p w14:paraId="0A777FFD" w14:textId="77777777" w:rsidR="004B2323" w:rsidRDefault="00F559D2">
            <w:r>
              <w:rPr>
                <w:sz w:val="16"/>
              </w:rPr>
              <w:br/>
            </w:r>
          </w:p>
        </w:tc>
        <w:tc>
          <w:tcPr>
            <w:tcW w:w="1584" w:type="dxa"/>
            <w:tcMar>
              <w:top w:w="90" w:type="dxa"/>
              <w:left w:w="100" w:type="dxa"/>
              <w:bottom w:w="90" w:type="dxa"/>
              <w:right w:w="100" w:type="dxa"/>
            </w:tcMar>
            <w:vAlign w:val="center"/>
          </w:tcPr>
          <w:p w14:paraId="2575D01F" w14:textId="77777777" w:rsidR="004B2323" w:rsidRDefault="00F559D2">
            <w:r>
              <w:rPr>
                <w:sz w:val="16"/>
              </w:rPr>
              <w:br/>
            </w:r>
          </w:p>
        </w:tc>
      </w:tr>
      <w:tr w:rsidR="004B2323" w14:paraId="36581C6F" w14:textId="77777777">
        <w:trPr>
          <w:jc w:val="center"/>
        </w:trPr>
        <w:tc>
          <w:tcPr>
            <w:tcW w:w="2880" w:type="dxa"/>
            <w:tcMar>
              <w:top w:w="90" w:type="dxa"/>
              <w:left w:w="100" w:type="dxa"/>
              <w:bottom w:w="90" w:type="dxa"/>
              <w:right w:w="100" w:type="dxa"/>
            </w:tcMar>
            <w:vAlign w:val="center"/>
          </w:tcPr>
          <w:p w14:paraId="1CF18EA5" w14:textId="77777777" w:rsidR="004B2323" w:rsidRDefault="00F559D2">
            <w:r>
              <w:rPr>
                <w:sz w:val="16"/>
              </w:rPr>
              <w:br/>
            </w:r>
          </w:p>
        </w:tc>
        <w:tc>
          <w:tcPr>
            <w:tcW w:w="1080" w:type="dxa"/>
            <w:tcMar>
              <w:top w:w="90" w:type="dxa"/>
              <w:left w:w="100" w:type="dxa"/>
              <w:bottom w:w="90" w:type="dxa"/>
              <w:right w:w="100" w:type="dxa"/>
            </w:tcMar>
            <w:vAlign w:val="center"/>
          </w:tcPr>
          <w:p w14:paraId="79FA201D" w14:textId="77777777" w:rsidR="004B2323" w:rsidRDefault="00F559D2">
            <w:r>
              <w:rPr>
                <w:sz w:val="16"/>
              </w:rPr>
              <w:br/>
            </w:r>
          </w:p>
        </w:tc>
        <w:tc>
          <w:tcPr>
            <w:tcW w:w="1080" w:type="dxa"/>
            <w:tcMar>
              <w:top w:w="90" w:type="dxa"/>
              <w:left w:w="100" w:type="dxa"/>
              <w:bottom w:w="90" w:type="dxa"/>
              <w:right w:w="100" w:type="dxa"/>
            </w:tcMar>
            <w:vAlign w:val="center"/>
          </w:tcPr>
          <w:p w14:paraId="0BAEE004" w14:textId="77777777" w:rsidR="004B2323" w:rsidRDefault="00F559D2">
            <w:r>
              <w:rPr>
                <w:sz w:val="16"/>
              </w:rPr>
              <w:br/>
            </w:r>
          </w:p>
        </w:tc>
        <w:tc>
          <w:tcPr>
            <w:tcW w:w="2232" w:type="dxa"/>
            <w:tcMar>
              <w:top w:w="90" w:type="dxa"/>
              <w:left w:w="100" w:type="dxa"/>
              <w:bottom w:w="90" w:type="dxa"/>
              <w:right w:w="100" w:type="dxa"/>
            </w:tcMar>
            <w:vAlign w:val="center"/>
          </w:tcPr>
          <w:p w14:paraId="4ED4A715" w14:textId="77777777" w:rsidR="004B2323" w:rsidRDefault="00F559D2">
            <w:r>
              <w:rPr>
                <w:sz w:val="16"/>
              </w:rPr>
              <w:br/>
            </w:r>
          </w:p>
        </w:tc>
        <w:tc>
          <w:tcPr>
            <w:tcW w:w="1800" w:type="dxa"/>
            <w:tcMar>
              <w:top w:w="90" w:type="dxa"/>
              <w:left w:w="100" w:type="dxa"/>
              <w:bottom w:w="90" w:type="dxa"/>
              <w:right w:w="100" w:type="dxa"/>
            </w:tcMar>
            <w:vAlign w:val="center"/>
          </w:tcPr>
          <w:p w14:paraId="4F1AC238" w14:textId="77777777" w:rsidR="004B2323" w:rsidRDefault="00F559D2">
            <w:r>
              <w:rPr>
                <w:sz w:val="16"/>
              </w:rPr>
              <w:br/>
            </w:r>
          </w:p>
        </w:tc>
        <w:tc>
          <w:tcPr>
            <w:tcW w:w="1584" w:type="dxa"/>
            <w:tcMar>
              <w:top w:w="90" w:type="dxa"/>
              <w:left w:w="100" w:type="dxa"/>
              <w:bottom w:w="90" w:type="dxa"/>
              <w:right w:w="100" w:type="dxa"/>
            </w:tcMar>
            <w:vAlign w:val="center"/>
          </w:tcPr>
          <w:p w14:paraId="5099C645" w14:textId="77777777" w:rsidR="004B2323" w:rsidRDefault="00F559D2">
            <w:r>
              <w:rPr>
                <w:sz w:val="16"/>
              </w:rPr>
              <w:br/>
            </w:r>
          </w:p>
        </w:tc>
      </w:tr>
      <w:tr w:rsidR="004B2323" w14:paraId="72FB5440" w14:textId="77777777">
        <w:trPr>
          <w:jc w:val="center"/>
        </w:trPr>
        <w:tc>
          <w:tcPr>
            <w:tcW w:w="2880" w:type="dxa"/>
            <w:tcMar>
              <w:top w:w="90" w:type="dxa"/>
              <w:left w:w="100" w:type="dxa"/>
              <w:bottom w:w="90" w:type="dxa"/>
              <w:right w:w="100" w:type="dxa"/>
            </w:tcMar>
            <w:vAlign w:val="center"/>
          </w:tcPr>
          <w:p w14:paraId="6D47A038" w14:textId="77777777" w:rsidR="004B2323" w:rsidRDefault="00F559D2">
            <w:r>
              <w:rPr>
                <w:sz w:val="16"/>
              </w:rPr>
              <w:br/>
            </w:r>
          </w:p>
        </w:tc>
        <w:tc>
          <w:tcPr>
            <w:tcW w:w="1080" w:type="dxa"/>
            <w:tcMar>
              <w:top w:w="90" w:type="dxa"/>
              <w:left w:w="100" w:type="dxa"/>
              <w:bottom w:w="90" w:type="dxa"/>
              <w:right w:w="100" w:type="dxa"/>
            </w:tcMar>
            <w:vAlign w:val="center"/>
          </w:tcPr>
          <w:p w14:paraId="6FDA72A3" w14:textId="77777777" w:rsidR="004B2323" w:rsidRDefault="00F559D2">
            <w:r>
              <w:rPr>
                <w:sz w:val="16"/>
              </w:rPr>
              <w:br/>
            </w:r>
          </w:p>
        </w:tc>
        <w:tc>
          <w:tcPr>
            <w:tcW w:w="1080" w:type="dxa"/>
            <w:tcMar>
              <w:top w:w="90" w:type="dxa"/>
              <w:left w:w="100" w:type="dxa"/>
              <w:bottom w:w="90" w:type="dxa"/>
              <w:right w:w="100" w:type="dxa"/>
            </w:tcMar>
            <w:vAlign w:val="center"/>
          </w:tcPr>
          <w:p w14:paraId="2A6CBF71" w14:textId="77777777" w:rsidR="004B2323" w:rsidRDefault="00F559D2">
            <w:r>
              <w:rPr>
                <w:sz w:val="16"/>
              </w:rPr>
              <w:br/>
            </w:r>
          </w:p>
        </w:tc>
        <w:tc>
          <w:tcPr>
            <w:tcW w:w="2232" w:type="dxa"/>
            <w:tcMar>
              <w:top w:w="90" w:type="dxa"/>
              <w:left w:w="100" w:type="dxa"/>
              <w:bottom w:w="90" w:type="dxa"/>
              <w:right w:w="100" w:type="dxa"/>
            </w:tcMar>
            <w:vAlign w:val="center"/>
          </w:tcPr>
          <w:p w14:paraId="28F91F01" w14:textId="77777777" w:rsidR="004B2323" w:rsidRDefault="00F559D2">
            <w:r>
              <w:rPr>
                <w:sz w:val="16"/>
              </w:rPr>
              <w:br/>
            </w:r>
          </w:p>
        </w:tc>
        <w:tc>
          <w:tcPr>
            <w:tcW w:w="1800" w:type="dxa"/>
            <w:tcMar>
              <w:top w:w="90" w:type="dxa"/>
              <w:left w:w="100" w:type="dxa"/>
              <w:bottom w:w="90" w:type="dxa"/>
              <w:right w:w="100" w:type="dxa"/>
            </w:tcMar>
            <w:vAlign w:val="center"/>
          </w:tcPr>
          <w:p w14:paraId="782731BE" w14:textId="77777777" w:rsidR="004B2323" w:rsidRDefault="00F559D2">
            <w:r>
              <w:rPr>
                <w:sz w:val="16"/>
              </w:rPr>
              <w:br/>
            </w:r>
          </w:p>
        </w:tc>
        <w:tc>
          <w:tcPr>
            <w:tcW w:w="1584" w:type="dxa"/>
            <w:tcMar>
              <w:top w:w="90" w:type="dxa"/>
              <w:left w:w="100" w:type="dxa"/>
              <w:bottom w:w="90" w:type="dxa"/>
              <w:right w:w="100" w:type="dxa"/>
            </w:tcMar>
            <w:vAlign w:val="center"/>
          </w:tcPr>
          <w:p w14:paraId="12AC31B3" w14:textId="77777777" w:rsidR="004B2323" w:rsidRDefault="00F559D2">
            <w:r>
              <w:rPr>
                <w:sz w:val="16"/>
              </w:rPr>
              <w:br/>
            </w:r>
          </w:p>
        </w:tc>
      </w:tr>
    </w:tbl>
    <w:p w14:paraId="2EDC0C3E" w14:textId="77777777" w:rsidR="004B2323" w:rsidRDefault="004B2323">
      <w:pPr>
        <w:spacing w:after="20"/>
      </w:pPr>
    </w:p>
    <w:p w14:paraId="4ACE7D11" w14:textId="77777777" w:rsidR="004B2323" w:rsidRDefault="00F559D2">
      <w:pPr>
        <w:keepNext/>
      </w:pPr>
      <w:r>
        <w:rPr>
          <w:b/>
          <w:color w:val="666666"/>
          <w:sz w:val="24"/>
        </w:rPr>
        <w:t>4. Relevant training and professional membership</w:t>
      </w:r>
    </w:p>
    <w:tbl>
      <w:tblPr>
        <w:tblStyle w:val="TableGrid"/>
        <w:tblW w:w="0" w:type="auto"/>
        <w:jc w:val="center"/>
        <w:tblLayout w:type="fixed"/>
        <w:tblLook w:val="04A0" w:firstRow="1" w:lastRow="0" w:firstColumn="1" w:lastColumn="0" w:noHBand="0" w:noVBand="1"/>
      </w:tblPr>
      <w:tblGrid>
        <w:gridCol w:w="2880"/>
        <w:gridCol w:w="3168"/>
        <w:gridCol w:w="1224"/>
        <w:gridCol w:w="1368"/>
        <w:gridCol w:w="2015"/>
      </w:tblGrid>
      <w:tr w:rsidR="004B2323" w14:paraId="6A556ABB" w14:textId="77777777">
        <w:trPr>
          <w:tblHeader/>
          <w:jc w:val="center"/>
        </w:trPr>
        <w:tc>
          <w:tcPr>
            <w:tcW w:w="2880" w:type="dxa"/>
            <w:shd w:val="clear" w:color="auto" w:fill="666666"/>
            <w:tcMar>
              <w:top w:w="90" w:type="dxa"/>
              <w:left w:w="100" w:type="dxa"/>
              <w:bottom w:w="90" w:type="dxa"/>
              <w:right w:w="100" w:type="dxa"/>
            </w:tcMar>
            <w:vAlign w:val="center"/>
          </w:tcPr>
          <w:p w14:paraId="6EA0C725" w14:textId="77777777" w:rsidR="004B2323" w:rsidRDefault="00F559D2">
            <w:pPr>
              <w:jc w:val="center"/>
            </w:pPr>
            <w:r>
              <w:rPr>
                <w:b/>
                <w:color w:val="FFFFFF"/>
                <w:sz w:val="16"/>
              </w:rPr>
              <w:t>Provider / professional body</w:t>
            </w:r>
          </w:p>
        </w:tc>
        <w:tc>
          <w:tcPr>
            <w:tcW w:w="3168" w:type="dxa"/>
            <w:shd w:val="clear" w:color="auto" w:fill="666666"/>
            <w:tcMar>
              <w:top w:w="90" w:type="dxa"/>
              <w:left w:w="100" w:type="dxa"/>
              <w:bottom w:w="90" w:type="dxa"/>
              <w:right w:w="100" w:type="dxa"/>
            </w:tcMar>
            <w:vAlign w:val="center"/>
          </w:tcPr>
          <w:p w14:paraId="2904CBB5" w14:textId="77777777" w:rsidR="004B2323" w:rsidRDefault="00F559D2">
            <w:pPr>
              <w:jc w:val="center"/>
            </w:pPr>
            <w:r>
              <w:rPr>
                <w:b/>
                <w:color w:val="FFFFFF"/>
                <w:sz w:val="16"/>
              </w:rPr>
              <w:t>Course or membership</w:t>
            </w:r>
          </w:p>
        </w:tc>
        <w:tc>
          <w:tcPr>
            <w:tcW w:w="1224" w:type="dxa"/>
            <w:shd w:val="clear" w:color="auto" w:fill="666666"/>
            <w:tcMar>
              <w:top w:w="90" w:type="dxa"/>
              <w:left w:w="100" w:type="dxa"/>
              <w:bottom w:w="90" w:type="dxa"/>
              <w:right w:w="100" w:type="dxa"/>
            </w:tcMar>
            <w:vAlign w:val="center"/>
          </w:tcPr>
          <w:p w14:paraId="38079C92" w14:textId="77777777" w:rsidR="004B2323" w:rsidRDefault="00F559D2">
            <w:pPr>
              <w:jc w:val="center"/>
            </w:pPr>
            <w:r>
              <w:rPr>
                <w:b/>
                <w:color w:val="FFFFFF"/>
                <w:sz w:val="16"/>
              </w:rPr>
              <w:t>From</w:t>
            </w:r>
          </w:p>
        </w:tc>
        <w:tc>
          <w:tcPr>
            <w:tcW w:w="1368" w:type="dxa"/>
            <w:shd w:val="clear" w:color="auto" w:fill="666666"/>
            <w:tcMar>
              <w:top w:w="90" w:type="dxa"/>
              <w:left w:w="100" w:type="dxa"/>
              <w:bottom w:w="90" w:type="dxa"/>
              <w:right w:w="100" w:type="dxa"/>
            </w:tcMar>
            <w:vAlign w:val="center"/>
          </w:tcPr>
          <w:p w14:paraId="170E6143" w14:textId="77777777" w:rsidR="004B2323" w:rsidRDefault="00F559D2">
            <w:pPr>
              <w:jc w:val="center"/>
            </w:pPr>
            <w:r>
              <w:rPr>
                <w:b/>
                <w:color w:val="FFFFFF"/>
                <w:sz w:val="16"/>
              </w:rPr>
              <w:t>To / award date</w:t>
            </w:r>
          </w:p>
        </w:tc>
        <w:tc>
          <w:tcPr>
            <w:tcW w:w="2015" w:type="dxa"/>
            <w:shd w:val="clear" w:color="auto" w:fill="666666"/>
            <w:tcMar>
              <w:top w:w="90" w:type="dxa"/>
              <w:left w:w="100" w:type="dxa"/>
              <w:bottom w:w="90" w:type="dxa"/>
              <w:right w:w="100" w:type="dxa"/>
            </w:tcMar>
            <w:vAlign w:val="center"/>
          </w:tcPr>
          <w:p w14:paraId="1DB6011D" w14:textId="77777777" w:rsidR="004B2323" w:rsidRDefault="00F559D2">
            <w:pPr>
              <w:jc w:val="center"/>
            </w:pPr>
            <w:r>
              <w:rPr>
                <w:b/>
                <w:color w:val="FFFFFF"/>
                <w:sz w:val="16"/>
              </w:rPr>
              <w:t>Result / status</w:t>
            </w:r>
          </w:p>
        </w:tc>
      </w:tr>
      <w:tr w:rsidR="004B2323" w14:paraId="74E8FD17" w14:textId="77777777">
        <w:trPr>
          <w:jc w:val="center"/>
        </w:trPr>
        <w:tc>
          <w:tcPr>
            <w:tcW w:w="2880" w:type="dxa"/>
            <w:tcMar>
              <w:top w:w="90" w:type="dxa"/>
              <w:left w:w="100" w:type="dxa"/>
              <w:bottom w:w="90" w:type="dxa"/>
              <w:right w:w="100" w:type="dxa"/>
            </w:tcMar>
            <w:vAlign w:val="center"/>
          </w:tcPr>
          <w:p w14:paraId="69EC86C9" w14:textId="77777777" w:rsidR="004B2323" w:rsidRDefault="00F559D2">
            <w:r>
              <w:rPr>
                <w:sz w:val="16"/>
              </w:rPr>
              <w:br/>
            </w:r>
          </w:p>
        </w:tc>
        <w:tc>
          <w:tcPr>
            <w:tcW w:w="3168" w:type="dxa"/>
            <w:tcMar>
              <w:top w:w="90" w:type="dxa"/>
              <w:left w:w="100" w:type="dxa"/>
              <w:bottom w:w="90" w:type="dxa"/>
              <w:right w:w="100" w:type="dxa"/>
            </w:tcMar>
            <w:vAlign w:val="center"/>
          </w:tcPr>
          <w:p w14:paraId="31FBBAB7" w14:textId="77777777" w:rsidR="004B2323" w:rsidRDefault="00F559D2">
            <w:r>
              <w:rPr>
                <w:sz w:val="16"/>
              </w:rPr>
              <w:br/>
            </w:r>
          </w:p>
        </w:tc>
        <w:tc>
          <w:tcPr>
            <w:tcW w:w="1224" w:type="dxa"/>
            <w:tcMar>
              <w:top w:w="90" w:type="dxa"/>
              <w:left w:w="100" w:type="dxa"/>
              <w:bottom w:w="90" w:type="dxa"/>
              <w:right w:w="100" w:type="dxa"/>
            </w:tcMar>
            <w:vAlign w:val="center"/>
          </w:tcPr>
          <w:p w14:paraId="2136D553" w14:textId="77777777" w:rsidR="004B2323" w:rsidRDefault="00F559D2">
            <w:r>
              <w:rPr>
                <w:sz w:val="16"/>
              </w:rPr>
              <w:br/>
            </w:r>
          </w:p>
        </w:tc>
        <w:tc>
          <w:tcPr>
            <w:tcW w:w="1368" w:type="dxa"/>
            <w:tcMar>
              <w:top w:w="90" w:type="dxa"/>
              <w:left w:w="100" w:type="dxa"/>
              <w:bottom w:w="90" w:type="dxa"/>
              <w:right w:w="100" w:type="dxa"/>
            </w:tcMar>
            <w:vAlign w:val="center"/>
          </w:tcPr>
          <w:p w14:paraId="4FA298A2" w14:textId="77777777" w:rsidR="004B2323" w:rsidRDefault="00F559D2">
            <w:r>
              <w:rPr>
                <w:sz w:val="16"/>
              </w:rPr>
              <w:br/>
            </w:r>
          </w:p>
        </w:tc>
        <w:tc>
          <w:tcPr>
            <w:tcW w:w="2015" w:type="dxa"/>
            <w:tcMar>
              <w:top w:w="90" w:type="dxa"/>
              <w:left w:w="100" w:type="dxa"/>
              <w:bottom w:w="90" w:type="dxa"/>
              <w:right w:w="100" w:type="dxa"/>
            </w:tcMar>
            <w:vAlign w:val="center"/>
          </w:tcPr>
          <w:p w14:paraId="2BC663A2" w14:textId="77777777" w:rsidR="004B2323" w:rsidRDefault="00F559D2">
            <w:r>
              <w:rPr>
                <w:sz w:val="16"/>
              </w:rPr>
              <w:br/>
            </w:r>
          </w:p>
        </w:tc>
      </w:tr>
      <w:tr w:rsidR="004B2323" w14:paraId="0A353CCC" w14:textId="77777777">
        <w:trPr>
          <w:jc w:val="center"/>
        </w:trPr>
        <w:tc>
          <w:tcPr>
            <w:tcW w:w="2880" w:type="dxa"/>
            <w:tcMar>
              <w:top w:w="90" w:type="dxa"/>
              <w:left w:w="100" w:type="dxa"/>
              <w:bottom w:w="90" w:type="dxa"/>
              <w:right w:w="100" w:type="dxa"/>
            </w:tcMar>
            <w:vAlign w:val="center"/>
          </w:tcPr>
          <w:p w14:paraId="294240E3" w14:textId="77777777" w:rsidR="004B2323" w:rsidRDefault="00F559D2">
            <w:r>
              <w:rPr>
                <w:sz w:val="16"/>
              </w:rPr>
              <w:br/>
            </w:r>
          </w:p>
        </w:tc>
        <w:tc>
          <w:tcPr>
            <w:tcW w:w="3168" w:type="dxa"/>
            <w:tcMar>
              <w:top w:w="90" w:type="dxa"/>
              <w:left w:w="100" w:type="dxa"/>
              <w:bottom w:w="90" w:type="dxa"/>
              <w:right w:w="100" w:type="dxa"/>
            </w:tcMar>
            <w:vAlign w:val="center"/>
          </w:tcPr>
          <w:p w14:paraId="6DBFFCBC" w14:textId="77777777" w:rsidR="004B2323" w:rsidRDefault="00F559D2">
            <w:r>
              <w:rPr>
                <w:sz w:val="16"/>
              </w:rPr>
              <w:br/>
            </w:r>
          </w:p>
        </w:tc>
        <w:tc>
          <w:tcPr>
            <w:tcW w:w="1224" w:type="dxa"/>
            <w:tcMar>
              <w:top w:w="90" w:type="dxa"/>
              <w:left w:w="100" w:type="dxa"/>
              <w:bottom w:w="90" w:type="dxa"/>
              <w:right w:w="100" w:type="dxa"/>
            </w:tcMar>
            <w:vAlign w:val="center"/>
          </w:tcPr>
          <w:p w14:paraId="794FA1F1" w14:textId="77777777" w:rsidR="004B2323" w:rsidRDefault="00F559D2">
            <w:r>
              <w:rPr>
                <w:sz w:val="16"/>
              </w:rPr>
              <w:br/>
            </w:r>
          </w:p>
        </w:tc>
        <w:tc>
          <w:tcPr>
            <w:tcW w:w="1368" w:type="dxa"/>
            <w:tcMar>
              <w:top w:w="90" w:type="dxa"/>
              <w:left w:w="100" w:type="dxa"/>
              <w:bottom w:w="90" w:type="dxa"/>
              <w:right w:w="100" w:type="dxa"/>
            </w:tcMar>
            <w:vAlign w:val="center"/>
          </w:tcPr>
          <w:p w14:paraId="7F049F3F" w14:textId="77777777" w:rsidR="004B2323" w:rsidRDefault="00F559D2">
            <w:r>
              <w:rPr>
                <w:sz w:val="16"/>
              </w:rPr>
              <w:br/>
            </w:r>
          </w:p>
        </w:tc>
        <w:tc>
          <w:tcPr>
            <w:tcW w:w="2015" w:type="dxa"/>
            <w:tcMar>
              <w:top w:w="90" w:type="dxa"/>
              <w:left w:w="100" w:type="dxa"/>
              <w:bottom w:w="90" w:type="dxa"/>
              <w:right w:w="100" w:type="dxa"/>
            </w:tcMar>
            <w:vAlign w:val="center"/>
          </w:tcPr>
          <w:p w14:paraId="6F5E2819" w14:textId="77777777" w:rsidR="004B2323" w:rsidRDefault="00F559D2">
            <w:r>
              <w:rPr>
                <w:sz w:val="16"/>
              </w:rPr>
              <w:br/>
            </w:r>
          </w:p>
        </w:tc>
      </w:tr>
      <w:tr w:rsidR="004B2323" w14:paraId="1135C56C" w14:textId="77777777">
        <w:trPr>
          <w:jc w:val="center"/>
        </w:trPr>
        <w:tc>
          <w:tcPr>
            <w:tcW w:w="2880" w:type="dxa"/>
            <w:tcMar>
              <w:top w:w="90" w:type="dxa"/>
              <w:left w:w="100" w:type="dxa"/>
              <w:bottom w:w="90" w:type="dxa"/>
              <w:right w:w="100" w:type="dxa"/>
            </w:tcMar>
            <w:vAlign w:val="center"/>
          </w:tcPr>
          <w:p w14:paraId="376A1F5F" w14:textId="77777777" w:rsidR="004B2323" w:rsidRDefault="00F559D2">
            <w:r>
              <w:rPr>
                <w:sz w:val="16"/>
              </w:rPr>
              <w:br/>
            </w:r>
          </w:p>
        </w:tc>
        <w:tc>
          <w:tcPr>
            <w:tcW w:w="3168" w:type="dxa"/>
            <w:tcMar>
              <w:top w:w="90" w:type="dxa"/>
              <w:left w:w="100" w:type="dxa"/>
              <w:bottom w:w="90" w:type="dxa"/>
              <w:right w:w="100" w:type="dxa"/>
            </w:tcMar>
            <w:vAlign w:val="center"/>
          </w:tcPr>
          <w:p w14:paraId="7D42615D" w14:textId="77777777" w:rsidR="004B2323" w:rsidRDefault="00F559D2">
            <w:r>
              <w:rPr>
                <w:sz w:val="16"/>
              </w:rPr>
              <w:br/>
            </w:r>
          </w:p>
        </w:tc>
        <w:tc>
          <w:tcPr>
            <w:tcW w:w="1224" w:type="dxa"/>
            <w:tcMar>
              <w:top w:w="90" w:type="dxa"/>
              <w:left w:w="100" w:type="dxa"/>
              <w:bottom w:w="90" w:type="dxa"/>
              <w:right w:w="100" w:type="dxa"/>
            </w:tcMar>
            <w:vAlign w:val="center"/>
          </w:tcPr>
          <w:p w14:paraId="769E3587" w14:textId="77777777" w:rsidR="004B2323" w:rsidRDefault="00F559D2">
            <w:r>
              <w:rPr>
                <w:sz w:val="16"/>
              </w:rPr>
              <w:br/>
            </w:r>
          </w:p>
        </w:tc>
        <w:tc>
          <w:tcPr>
            <w:tcW w:w="1368" w:type="dxa"/>
            <w:tcMar>
              <w:top w:w="90" w:type="dxa"/>
              <w:left w:w="100" w:type="dxa"/>
              <w:bottom w:w="90" w:type="dxa"/>
              <w:right w:w="100" w:type="dxa"/>
            </w:tcMar>
            <w:vAlign w:val="center"/>
          </w:tcPr>
          <w:p w14:paraId="2E7868EA" w14:textId="77777777" w:rsidR="004B2323" w:rsidRDefault="00F559D2">
            <w:r>
              <w:rPr>
                <w:sz w:val="16"/>
              </w:rPr>
              <w:br/>
            </w:r>
          </w:p>
        </w:tc>
        <w:tc>
          <w:tcPr>
            <w:tcW w:w="2015" w:type="dxa"/>
            <w:tcMar>
              <w:top w:w="90" w:type="dxa"/>
              <w:left w:w="100" w:type="dxa"/>
              <w:bottom w:w="90" w:type="dxa"/>
              <w:right w:w="100" w:type="dxa"/>
            </w:tcMar>
            <w:vAlign w:val="center"/>
          </w:tcPr>
          <w:p w14:paraId="5C5DB000" w14:textId="77777777" w:rsidR="004B2323" w:rsidRDefault="00F559D2">
            <w:r>
              <w:rPr>
                <w:sz w:val="16"/>
              </w:rPr>
              <w:br/>
            </w:r>
          </w:p>
        </w:tc>
      </w:tr>
      <w:tr w:rsidR="004B2323" w14:paraId="4F438F05" w14:textId="77777777">
        <w:trPr>
          <w:jc w:val="center"/>
        </w:trPr>
        <w:tc>
          <w:tcPr>
            <w:tcW w:w="2880" w:type="dxa"/>
            <w:tcMar>
              <w:top w:w="90" w:type="dxa"/>
              <w:left w:w="100" w:type="dxa"/>
              <w:bottom w:w="90" w:type="dxa"/>
              <w:right w:w="100" w:type="dxa"/>
            </w:tcMar>
            <w:vAlign w:val="center"/>
          </w:tcPr>
          <w:p w14:paraId="56E37668" w14:textId="77777777" w:rsidR="004B2323" w:rsidRDefault="00F559D2">
            <w:r>
              <w:rPr>
                <w:sz w:val="16"/>
              </w:rPr>
              <w:br/>
            </w:r>
          </w:p>
        </w:tc>
        <w:tc>
          <w:tcPr>
            <w:tcW w:w="3168" w:type="dxa"/>
            <w:tcMar>
              <w:top w:w="90" w:type="dxa"/>
              <w:left w:w="100" w:type="dxa"/>
              <w:bottom w:w="90" w:type="dxa"/>
              <w:right w:w="100" w:type="dxa"/>
            </w:tcMar>
            <w:vAlign w:val="center"/>
          </w:tcPr>
          <w:p w14:paraId="6F425A21" w14:textId="77777777" w:rsidR="004B2323" w:rsidRDefault="00F559D2">
            <w:r>
              <w:rPr>
                <w:sz w:val="16"/>
              </w:rPr>
              <w:br/>
            </w:r>
          </w:p>
        </w:tc>
        <w:tc>
          <w:tcPr>
            <w:tcW w:w="1224" w:type="dxa"/>
            <w:tcMar>
              <w:top w:w="90" w:type="dxa"/>
              <w:left w:w="100" w:type="dxa"/>
              <w:bottom w:w="90" w:type="dxa"/>
              <w:right w:w="100" w:type="dxa"/>
            </w:tcMar>
            <w:vAlign w:val="center"/>
          </w:tcPr>
          <w:p w14:paraId="5F88A8D6" w14:textId="77777777" w:rsidR="004B2323" w:rsidRDefault="00F559D2">
            <w:r>
              <w:rPr>
                <w:sz w:val="16"/>
              </w:rPr>
              <w:br/>
            </w:r>
          </w:p>
        </w:tc>
        <w:tc>
          <w:tcPr>
            <w:tcW w:w="1368" w:type="dxa"/>
            <w:tcMar>
              <w:top w:w="90" w:type="dxa"/>
              <w:left w:w="100" w:type="dxa"/>
              <w:bottom w:w="90" w:type="dxa"/>
              <w:right w:w="100" w:type="dxa"/>
            </w:tcMar>
            <w:vAlign w:val="center"/>
          </w:tcPr>
          <w:p w14:paraId="18C1F588" w14:textId="77777777" w:rsidR="004B2323" w:rsidRDefault="00F559D2">
            <w:r>
              <w:rPr>
                <w:sz w:val="16"/>
              </w:rPr>
              <w:br/>
            </w:r>
          </w:p>
        </w:tc>
        <w:tc>
          <w:tcPr>
            <w:tcW w:w="2015" w:type="dxa"/>
            <w:tcMar>
              <w:top w:w="90" w:type="dxa"/>
              <w:left w:w="100" w:type="dxa"/>
              <w:bottom w:w="90" w:type="dxa"/>
              <w:right w:w="100" w:type="dxa"/>
            </w:tcMar>
            <w:vAlign w:val="center"/>
          </w:tcPr>
          <w:p w14:paraId="63F52970" w14:textId="77777777" w:rsidR="004B2323" w:rsidRDefault="00F559D2">
            <w:r>
              <w:rPr>
                <w:sz w:val="16"/>
              </w:rPr>
              <w:br/>
            </w:r>
          </w:p>
        </w:tc>
      </w:tr>
    </w:tbl>
    <w:p w14:paraId="6DD28AC8" w14:textId="77777777" w:rsidR="004B2323" w:rsidRDefault="004B2323">
      <w:pPr>
        <w:spacing w:after="20"/>
      </w:pPr>
    </w:p>
    <w:p w14:paraId="4122FDF0" w14:textId="77777777" w:rsidR="004B2323" w:rsidRDefault="00F559D2">
      <w:pPr>
        <w:keepNext/>
      </w:pPr>
      <w:r>
        <w:rPr>
          <w:b/>
          <w:color w:val="666666"/>
          <w:sz w:val="24"/>
        </w:rPr>
        <w:t>5. Complete chronological history</w:t>
      </w:r>
    </w:p>
    <w:p w14:paraId="7674AD96" w14:textId="77777777" w:rsidR="004B2323" w:rsidRDefault="00F559D2">
      <w:pPr>
        <w:keepNext/>
      </w:pPr>
      <w:r>
        <w:rPr>
          <w:i/>
          <w:sz w:val="16"/>
        </w:rPr>
        <w:t>Provide a complete history from leaving secondary education to the present day. Include education, paid employment, self-employment, agency work, voluntary work and periods when you were not working. There must be no unexplained gaps. If additional space is required, attach a continuation sheet clearly showing your name, the position applied for and the relevant section number.</w:t>
      </w:r>
    </w:p>
    <w:tbl>
      <w:tblPr>
        <w:tblStyle w:val="TableGrid"/>
        <w:tblW w:w="0" w:type="auto"/>
        <w:jc w:val="center"/>
        <w:tblLayout w:type="fixed"/>
        <w:tblLook w:val="04A0" w:firstRow="1" w:lastRow="0" w:firstColumn="1" w:lastColumn="0" w:noHBand="0" w:noVBand="1"/>
      </w:tblPr>
      <w:tblGrid>
        <w:gridCol w:w="2088"/>
        <w:gridCol w:w="1728"/>
        <w:gridCol w:w="1007"/>
        <w:gridCol w:w="1007"/>
        <w:gridCol w:w="2376"/>
        <w:gridCol w:w="2232"/>
      </w:tblGrid>
      <w:tr w:rsidR="004B2323" w14:paraId="17345F23" w14:textId="77777777">
        <w:trPr>
          <w:tblHeader/>
          <w:jc w:val="center"/>
        </w:trPr>
        <w:tc>
          <w:tcPr>
            <w:tcW w:w="2088" w:type="dxa"/>
            <w:shd w:val="clear" w:color="auto" w:fill="666666"/>
            <w:tcMar>
              <w:top w:w="90" w:type="dxa"/>
              <w:left w:w="100" w:type="dxa"/>
              <w:bottom w:w="90" w:type="dxa"/>
              <w:right w:w="100" w:type="dxa"/>
            </w:tcMar>
            <w:vAlign w:val="center"/>
          </w:tcPr>
          <w:p w14:paraId="753445AE" w14:textId="77777777" w:rsidR="004B2323" w:rsidRDefault="00F559D2">
            <w:pPr>
              <w:jc w:val="center"/>
            </w:pPr>
            <w:r>
              <w:rPr>
                <w:b/>
                <w:color w:val="FFFFFF"/>
                <w:sz w:val="16"/>
              </w:rPr>
              <w:t>Organisation / activity</w:t>
            </w:r>
          </w:p>
        </w:tc>
        <w:tc>
          <w:tcPr>
            <w:tcW w:w="1728" w:type="dxa"/>
            <w:shd w:val="clear" w:color="auto" w:fill="666666"/>
            <w:tcMar>
              <w:top w:w="90" w:type="dxa"/>
              <w:left w:w="100" w:type="dxa"/>
              <w:bottom w:w="90" w:type="dxa"/>
              <w:right w:w="100" w:type="dxa"/>
            </w:tcMar>
            <w:vAlign w:val="center"/>
          </w:tcPr>
          <w:p w14:paraId="71621D84" w14:textId="77777777" w:rsidR="004B2323" w:rsidRDefault="00F559D2">
            <w:pPr>
              <w:jc w:val="center"/>
            </w:pPr>
            <w:r>
              <w:rPr>
                <w:b/>
                <w:color w:val="FFFFFF"/>
                <w:sz w:val="16"/>
              </w:rPr>
              <w:t>Role or status</w:t>
            </w:r>
          </w:p>
        </w:tc>
        <w:tc>
          <w:tcPr>
            <w:tcW w:w="1007" w:type="dxa"/>
            <w:shd w:val="clear" w:color="auto" w:fill="666666"/>
            <w:tcMar>
              <w:top w:w="90" w:type="dxa"/>
              <w:left w:w="100" w:type="dxa"/>
              <w:bottom w:w="90" w:type="dxa"/>
              <w:right w:w="100" w:type="dxa"/>
            </w:tcMar>
            <w:vAlign w:val="center"/>
          </w:tcPr>
          <w:p w14:paraId="5C135427" w14:textId="77777777" w:rsidR="004B2323" w:rsidRDefault="00F559D2">
            <w:pPr>
              <w:jc w:val="center"/>
            </w:pPr>
            <w:r>
              <w:rPr>
                <w:b/>
                <w:color w:val="FFFFFF"/>
                <w:sz w:val="16"/>
              </w:rPr>
              <w:t>From</w:t>
            </w:r>
            <w:r>
              <w:rPr>
                <w:b/>
                <w:color w:val="FFFFFF"/>
                <w:sz w:val="16"/>
              </w:rPr>
              <w:br/>
              <w:t>MM/YYYY</w:t>
            </w:r>
          </w:p>
        </w:tc>
        <w:tc>
          <w:tcPr>
            <w:tcW w:w="1007" w:type="dxa"/>
            <w:shd w:val="clear" w:color="auto" w:fill="666666"/>
            <w:tcMar>
              <w:top w:w="90" w:type="dxa"/>
              <w:left w:w="100" w:type="dxa"/>
              <w:bottom w:w="90" w:type="dxa"/>
              <w:right w:w="100" w:type="dxa"/>
            </w:tcMar>
            <w:vAlign w:val="center"/>
          </w:tcPr>
          <w:p w14:paraId="6C90381A" w14:textId="77777777" w:rsidR="004B2323" w:rsidRDefault="00F559D2">
            <w:pPr>
              <w:jc w:val="center"/>
            </w:pPr>
            <w:r>
              <w:rPr>
                <w:b/>
                <w:color w:val="FFFFFF"/>
                <w:sz w:val="16"/>
              </w:rPr>
              <w:t>To</w:t>
            </w:r>
            <w:r>
              <w:rPr>
                <w:b/>
                <w:color w:val="FFFFFF"/>
                <w:sz w:val="16"/>
              </w:rPr>
              <w:br/>
              <w:t>MM/YYYY</w:t>
            </w:r>
          </w:p>
        </w:tc>
        <w:tc>
          <w:tcPr>
            <w:tcW w:w="2376" w:type="dxa"/>
            <w:shd w:val="clear" w:color="auto" w:fill="666666"/>
            <w:tcMar>
              <w:top w:w="90" w:type="dxa"/>
              <w:left w:w="100" w:type="dxa"/>
              <w:bottom w:w="90" w:type="dxa"/>
              <w:right w:w="100" w:type="dxa"/>
            </w:tcMar>
            <w:vAlign w:val="center"/>
          </w:tcPr>
          <w:p w14:paraId="73C538C6" w14:textId="77777777" w:rsidR="004B2323" w:rsidRDefault="00F559D2">
            <w:pPr>
              <w:jc w:val="center"/>
            </w:pPr>
            <w:r>
              <w:rPr>
                <w:b/>
                <w:color w:val="FFFFFF"/>
                <w:sz w:val="16"/>
              </w:rPr>
              <w:t>Main duties / responsibilities</w:t>
            </w:r>
          </w:p>
        </w:tc>
        <w:tc>
          <w:tcPr>
            <w:tcW w:w="2232" w:type="dxa"/>
            <w:shd w:val="clear" w:color="auto" w:fill="666666"/>
            <w:tcMar>
              <w:top w:w="90" w:type="dxa"/>
              <w:left w:w="100" w:type="dxa"/>
              <w:bottom w:w="90" w:type="dxa"/>
              <w:right w:w="100" w:type="dxa"/>
            </w:tcMar>
            <w:vAlign w:val="center"/>
          </w:tcPr>
          <w:p w14:paraId="70200388" w14:textId="77777777" w:rsidR="004B2323" w:rsidRDefault="00F559D2">
            <w:pPr>
              <w:jc w:val="center"/>
            </w:pPr>
            <w:r>
              <w:rPr>
                <w:b/>
                <w:color w:val="FFFFFF"/>
                <w:sz w:val="16"/>
              </w:rPr>
              <w:t>Reason for leaving or explanation of gap</w:t>
            </w:r>
          </w:p>
        </w:tc>
      </w:tr>
      <w:tr w:rsidR="004B2323" w14:paraId="06B94C81" w14:textId="77777777">
        <w:trPr>
          <w:jc w:val="center"/>
        </w:trPr>
        <w:tc>
          <w:tcPr>
            <w:tcW w:w="2088" w:type="dxa"/>
            <w:tcMar>
              <w:top w:w="90" w:type="dxa"/>
              <w:left w:w="100" w:type="dxa"/>
              <w:bottom w:w="90" w:type="dxa"/>
              <w:right w:w="100" w:type="dxa"/>
            </w:tcMar>
            <w:vAlign w:val="center"/>
          </w:tcPr>
          <w:p w14:paraId="4F327664" w14:textId="77777777" w:rsidR="004B2323" w:rsidRDefault="00F559D2">
            <w:r>
              <w:rPr>
                <w:sz w:val="16"/>
              </w:rPr>
              <w:br/>
            </w:r>
          </w:p>
        </w:tc>
        <w:tc>
          <w:tcPr>
            <w:tcW w:w="1728" w:type="dxa"/>
            <w:tcMar>
              <w:top w:w="90" w:type="dxa"/>
              <w:left w:w="100" w:type="dxa"/>
              <w:bottom w:w="90" w:type="dxa"/>
              <w:right w:w="100" w:type="dxa"/>
            </w:tcMar>
            <w:vAlign w:val="center"/>
          </w:tcPr>
          <w:p w14:paraId="5DF4A867" w14:textId="77777777" w:rsidR="004B2323" w:rsidRDefault="00F559D2">
            <w:r>
              <w:rPr>
                <w:sz w:val="16"/>
              </w:rPr>
              <w:br/>
            </w:r>
          </w:p>
        </w:tc>
        <w:tc>
          <w:tcPr>
            <w:tcW w:w="1007" w:type="dxa"/>
            <w:tcMar>
              <w:top w:w="90" w:type="dxa"/>
              <w:left w:w="100" w:type="dxa"/>
              <w:bottom w:w="90" w:type="dxa"/>
              <w:right w:w="100" w:type="dxa"/>
            </w:tcMar>
            <w:vAlign w:val="center"/>
          </w:tcPr>
          <w:p w14:paraId="0DED5B9A" w14:textId="77777777" w:rsidR="004B2323" w:rsidRDefault="00F559D2">
            <w:r>
              <w:rPr>
                <w:sz w:val="16"/>
              </w:rPr>
              <w:br/>
            </w:r>
          </w:p>
        </w:tc>
        <w:tc>
          <w:tcPr>
            <w:tcW w:w="1007" w:type="dxa"/>
            <w:tcMar>
              <w:top w:w="90" w:type="dxa"/>
              <w:left w:w="100" w:type="dxa"/>
              <w:bottom w:w="90" w:type="dxa"/>
              <w:right w:w="100" w:type="dxa"/>
            </w:tcMar>
            <w:vAlign w:val="center"/>
          </w:tcPr>
          <w:p w14:paraId="65DFD0CD" w14:textId="77777777" w:rsidR="004B2323" w:rsidRDefault="00F559D2">
            <w:r>
              <w:rPr>
                <w:sz w:val="16"/>
              </w:rPr>
              <w:br/>
            </w:r>
          </w:p>
        </w:tc>
        <w:tc>
          <w:tcPr>
            <w:tcW w:w="2376" w:type="dxa"/>
            <w:tcMar>
              <w:top w:w="90" w:type="dxa"/>
              <w:left w:w="100" w:type="dxa"/>
              <w:bottom w:w="90" w:type="dxa"/>
              <w:right w:w="100" w:type="dxa"/>
            </w:tcMar>
            <w:vAlign w:val="center"/>
          </w:tcPr>
          <w:p w14:paraId="565A289B" w14:textId="77777777" w:rsidR="004B2323" w:rsidRDefault="00F559D2">
            <w:r>
              <w:rPr>
                <w:sz w:val="16"/>
              </w:rPr>
              <w:br/>
            </w:r>
          </w:p>
        </w:tc>
        <w:tc>
          <w:tcPr>
            <w:tcW w:w="2232" w:type="dxa"/>
            <w:tcMar>
              <w:top w:w="90" w:type="dxa"/>
              <w:left w:w="100" w:type="dxa"/>
              <w:bottom w:w="90" w:type="dxa"/>
              <w:right w:w="100" w:type="dxa"/>
            </w:tcMar>
            <w:vAlign w:val="center"/>
          </w:tcPr>
          <w:p w14:paraId="5BD49DDF" w14:textId="77777777" w:rsidR="004B2323" w:rsidRDefault="00F559D2">
            <w:r>
              <w:rPr>
                <w:sz w:val="16"/>
              </w:rPr>
              <w:br/>
            </w:r>
          </w:p>
        </w:tc>
      </w:tr>
      <w:tr w:rsidR="004B2323" w14:paraId="6480AA1B" w14:textId="77777777">
        <w:trPr>
          <w:jc w:val="center"/>
        </w:trPr>
        <w:tc>
          <w:tcPr>
            <w:tcW w:w="2088" w:type="dxa"/>
            <w:tcMar>
              <w:top w:w="90" w:type="dxa"/>
              <w:left w:w="100" w:type="dxa"/>
              <w:bottom w:w="90" w:type="dxa"/>
              <w:right w:w="100" w:type="dxa"/>
            </w:tcMar>
            <w:vAlign w:val="center"/>
          </w:tcPr>
          <w:p w14:paraId="0DB8B833" w14:textId="77777777" w:rsidR="004B2323" w:rsidRDefault="00F559D2">
            <w:r>
              <w:rPr>
                <w:sz w:val="16"/>
              </w:rPr>
              <w:br/>
            </w:r>
          </w:p>
        </w:tc>
        <w:tc>
          <w:tcPr>
            <w:tcW w:w="1728" w:type="dxa"/>
            <w:tcMar>
              <w:top w:w="90" w:type="dxa"/>
              <w:left w:w="100" w:type="dxa"/>
              <w:bottom w:w="90" w:type="dxa"/>
              <w:right w:w="100" w:type="dxa"/>
            </w:tcMar>
            <w:vAlign w:val="center"/>
          </w:tcPr>
          <w:p w14:paraId="027F2D03" w14:textId="77777777" w:rsidR="004B2323" w:rsidRDefault="00F559D2">
            <w:r>
              <w:rPr>
                <w:sz w:val="16"/>
              </w:rPr>
              <w:br/>
            </w:r>
          </w:p>
        </w:tc>
        <w:tc>
          <w:tcPr>
            <w:tcW w:w="1007" w:type="dxa"/>
            <w:tcMar>
              <w:top w:w="90" w:type="dxa"/>
              <w:left w:w="100" w:type="dxa"/>
              <w:bottom w:w="90" w:type="dxa"/>
              <w:right w:w="100" w:type="dxa"/>
            </w:tcMar>
            <w:vAlign w:val="center"/>
          </w:tcPr>
          <w:p w14:paraId="63EE6D35" w14:textId="77777777" w:rsidR="004B2323" w:rsidRDefault="00F559D2">
            <w:r>
              <w:rPr>
                <w:sz w:val="16"/>
              </w:rPr>
              <w:br/>
            </w:r>
          </w:p>
        </w:tc>
        <w:tc>
          <w:tcPr>
            <w:tcW w:w="1007" w:type="dxa"/>
            <w:tcMar>
              <w:top w:w="90" w:type="dxa"/>
              <w:left w:w="100" w:type="dxa"/>
              <w:bottom w:w="90" w:type="dxa"/>
              <w:right w:w="100" w:type="dxa"/>
            </w:tcMar>
            <w:vAlign w:val="center"/>
          </w:tcPr>
          <w:p w14:paraId="4CE06F09" w14:textId="77777777" w:rsidR="004B2323" w:rsidRDefault="00F559D2">
            <w:r>
              <w:rPr>
                <w:sz w:val="16"/>
              </w:rPr>
              <w:br/>
            </w:r>
          </w:p>
        </w:tc>
        <w:tc>
          <w:tcPr>
            <w:tcW w:w="2376" w:type="dxa"/>
            <w:tcMar>
              <w:top w:w="90" w:type="dxa"/>
              <w:left w:w="100" w:type="dxa"/>
              <w:bottom w:w="90" w:type="dxa"/>
              <w:right w:w="100" w:type="dxa"/>
            </w:tcMar>
            <w:vAlign w:val="center"/>
          </w:tcPr>
          <w:p w14:paraId="59108283" w14:textId="77777777" w:rsidR="004B2323" w:rsidRDefault="00F559D2">
            <w:r>
              <w:rPr>
                <w:sz w:val="16"/>
              </w:rPr>
              <w:br/>
            </w:r>
          </w:p>
        </w:tc>
        <w:tc>
          <w:tcPr>
            <w:tcW w:w="2232" w:type="dxa"/>
            <w:tcMar>
              <w:top w:w="90" w:type="dxa"/>
              <w:left w:w="100" w:type="dxa"/>
              <w:bottom w:w="90" w:type="dxa"/>
              <w:right w:w="100" w:type="dxa"/>
            </w:tcMar>
            <w:vAlign w:val="center"/>
          </w:tcPr>
          <w:p w14:paraId="696BB80D" w14:textId="77777777" w:rsidR="004B2323" w:rsidRDefault="00F559D2">
            <w:r>
              <w:rPr>
                <w:sz w:val="16"/>
              </w:rPr>
              <w:br/>
            </w:r>
          </w:p>
        </w:tc>
      </w:tr>
      <w:tr w:rsidR="004B2323" w14:paraId="55CE1987" w14:textId="77777777">
        <w:trPr>
          <w:jc w:val="center"/>
        </w:trPr>
        <w:tc>
          <w:tcPr>
            <w:tcW w:w="2088" w:type="dxa"/>
            <w:tcMar>
              <w:top w:w="90" w:type="dxa"/>
              <w:left w:w="100" w:type="dxa"/>
              <w:bottom w:w="90" w:type="dxa"/>
              <w:right w:w="100" w:type="dxa"/>
            </w:tcMar>
            <w:vAlign w:val="center"/>
          </w:tcPr>
          <w:p w14:paraId="370AB06A" w14:textId="77777777" w:rsidR="004B2323" w:rsidRDefault="00F559D2">
            <w:r>
              <w:rPr>
                <w:sz w:val="16"/>
              </w:rPr>
              <w:br/>
            </w:r>
          </w:p>
        </w:tc>
        <w:tc>
          <w:tcPr>
            <w:tcW w:w="1728" w:type="dxa"/>
            <w:tcMar>
              <w:top w:w="90" w:type="dxa"/>
              <w:left w:w="100" w:type="dxa"/>
              <w:bottom w:w="90" w:type="dxa"/>
              <w:right w:w="100" w:type="dxa"/>
            </w:tcMar>
            <w:vAlign w:val="center"/>
          </w:tcPr>
          <w:p w14:paraId="301EADD9" w14:textId="77777777" w:rsidR="004B2323" w:rsidRDefault="00F559D2">
            <w:r>
              <w:rPr>
                <w:sz w:val="16"/>
              </w:rPr>
              <w:lastRenderedPageBreak/>
              <w:br/>
            </w:r>
          </w:p>
        </w:tc>
        <w:tc>
          <w:tcPr>
            <w:tcW w:w="1007" w:type="dxa"/>
            <w:tcMar>
              <w:top w:w="90" w:type="dxa"/>
              <w:left w:w="100" w:type="dxa"/>
              <w:bottom w:w="90" w:type="dxa"/>
              <w:right w:w="100" w:type="dxa"/>
            </w:tcMar>
            <w:vAlign w:val="center"/>
          </w:tcPr>
          <w:p w14:paraId="2400216B" w14:textId="77777777" w:rsidR="004B2323" w:rsidRDefault="00F559D2">
            <w:r>
              <w:rPr>
                <w:sz w:val="16"/>
              </w:rPr>
              <w:lastRenderedPageBreak/>
              <w:br/>
            </w:r>
          </w:p>
        </w:tc>
        <w:tc>
          <w:tcPr>
            <w:tcW w:w="1007" w:type="dxa"/>
            <w:tcMar>
              <w:top w:w="90" w:type="dxa"/>
              <w:left w:w="100" w:type="dxa"/>
              <w:bottom w:w="90" w:type="dxa"/>
              <w:right w:w="100" w:type="dxa"/>
            </w:tcMar>
            <w:vAlign w:val="center"/>
          </w:tcPr>
          <w:p w14:paraId="340ED991" w14:textId="77777777" w:rsidR="004B2323" w:rsidRDefault="00F559D2">
            <w:r>
              <w:rPr>
                <w:sz w:val="16"/>
              </w:rPr>
              <w:lastRenderedPageBreak/>
              <w:br/>
            </w:r>
          </w:p>
        </w:tc>
        <w:tc>
          <w:tcPr>
            <w:tcW w:w="2376" w:type="dxa"/>
            <w:tcMar>
              <w:top w:w="90" w:type="dxa"/>
              <w:left w:w="100" w:type="dxa"/>
              <w:bottom w:w="90" w:type="dxa"/>
              <w:right w:w="100" w:type="dxa"/>
            </w:tcMar>
            <w:vAlign w:val="center"/>
          </w:tcPr>
          <w:p w14:paraId="38BD6565" w14:textId="77777777" w:rsidR="004B2323" w:rsidRDefault="00F559D2">
            <w:r>
              <w:rPr>
                <w:sz w:val="16"/>
              </w:rPr>
              <w:lastRenderedPageBreak/>
              <w:br/>
            </w:r>
          </w:p>
        </w:tc>
        <w:tc>
          <w:tcPr>
            <w:tcW w:w="2232" w:type="dxa"/>
            <w:tcMar>
              <w:top w:w="90" w:type="dxa"/>
              <w:left w:w="100" w:type="dxa"/>
              <w:bottom w:w="90" w:type="dxa"/>
              <w:right w:w="100" w:type="dxa"/>
            </w:tcMar>
            <w:vAlign w:val="center"/>
          </w:tcPr>
          <w:p w14:paraId="54E7A5BD" w14:textId="77777777" w:rsidR="004B2323" w:rsidRDefault="00F559D2">
            <w:r>
              <w:rPr>
                <w:sz w:val="16"/>
              </w:rPr>
              <w:lastRenderedPageBreak/>
              <w:br/>
            </w:r>
          </w:p>
        </w:tc>
      </w:tr>
      <w:tr w:rsidR="004B2323" w14:paraId="34B44BFB" w14:textId="77777777">
        <w:trPr>
          <w:jc w:val="center"/>
        </w:trPr>
        <w:tc>
          <w:tcPr>
            <w:tcW w:w="2088" w:type="dxa"/>
            <w:tcMar>
              <w:top w:w="90" w:type="dxa"/>
              <w:left w:w="100" w:type="dxa"/>
              <w:bottom w:w="90" w:type="dxa"/>
              <w:right w:w="100" w:type="dxa"/>
            </w:tcMar>
            <w:vAlign w:val="center"/>
          </w:tcPr>
          <w:p w14:paraId="5EB63006" w14:textId="77777777" w:rsidR="004B2323" w:rsidRDefault="00F559D2">
            <w:r>
              <w:rPr>
                <w:sz w:val="16"/>
              </w:rPr>
              <w:lastRenderedPageBreak/>
              <w:br/>
            </w:r>
          </w:p>
        </w:tc>
        <w:tc>
          <w:tcPr>
            <w:tcW w:w="1728" w:type="dxa"/>
            <w:tcMar>
              <w:top w:w="90" w:type="dxa"/>
              <w:left w:w="100" w:type="dxa"/>
              <w:bottom w:w="90" w:type="dxa"/>
              <w:right w:w="100" w:type="dxa"/>
            </w:tcMar>
            <w:vAlign w:val="center"/>
          </w:tcPr>
          <w:p w14:paraId="0E5D4A2C" w14:textId="77777777" w:rsidR="004B2323" w:rsidRDefault="00F559D2">
            <w:r>
              <w:rPr>
                <w:sz w:val="16"/>
              </w:rPr>
              <w:br/>
            </w:r>
          </w:p>
        </w:tc>
        <w:tc>
          <w:tcPr>
            <w:tcW w:w="1007" w:type="dxa"/>
            <w:tcMar>
              <w:top w:w="90" w:type="dxa"/>
              <w:left w:w="100" w:type="dxa"/>
              <w:bottom w:w="90" w:type="dxa"/>
              <w:right w:w="100" w:type="dxa"/>
            </w:tcMar>
            <w:vAlign w:val="center"/>
          </w:tcPr>
          <w:p w14:paraId="2BF3345B" w14:textId="77777777" w:rsidR="004B2323" w:rsidRDefault="00F559D2">
            <w:r>
              <w:rPr>
                <w:sz w:val="16"/>
              </w:rPr>
              <w:br/>
            </w:r>
          </w:p>
        </w:tc>
        <w:tc>
          <w:tcPr>
            <w:tcW w:w="1007" w:type="dxa"/>
            <w:tcMar>
              <w:top w:w="90" w:type="dxa"/>
              <w:left w:w="100" w:type="dxa"/>
              <w:bottom w:w="90" w:type="dxa"/>
              <w:right w:w="100" w:type="dxa"/>
            </w:tcMar>
            <w:vAlign w:val="center"/>
          </w:tcPr>
          <w:p w14:paraId="2C2C4DA5" w14:textId="77777777" w:rsidR="004B2323" w:rsidRDefault="00F559D2">
            <w:r>
              <w:rPr>
                <w:sz w:val="16"/>
              </w:rPr>
              <w:br/>
            </w:r>
          </w:p>
        </w:tc>
        <w:tc>
          <w:tcPr>
            <w:tcW w:w="2376" w:type="dxa"/>
            <w:tcMar>
              <w:top w:w="90" w:type="dxa"/>
              <w:left w:w="100" w:type="dxa"/>
              <w:bottom w:w="90" w:type="dxa"/>
              <w:right w:w="100" w:type="dxa"/>
            </w:tcMar>
            <w:vAlign w:val="center"/>
          </w:tcPr>
          <w:p w14:paraId="3AAB6A77" w14:textId="77777777" w:rsidR="004B2323" w:rsidRDefault="00F559D2">
            <w:r>
              <w:rPr>
                <w:sz w:val="16"/>
              </w:rPr>
              <w:br/>
            </w:r>
          </w:p>
        </w:tc>
        <w:tc>
          <w:tcPr>
            <w:tcW w:w="2232" w:type="dxa"/>
            <w:tcMar>
              <w:top w:w="90" w:type="dxa"/>
              <w:left w:w="100" w:type="dxa"/>
              <w:bottom w:w="90" w:type="dxa"/>
              <w:right w:w="100" w:type="dxa"/>
            </w:tcMar>
            <w:vAlign w:val="center"/>
          </w:tcPr>
          <w:p w14:paraId="5D20218F" w14:textId="77777777" w:rsidR="004B2323" w:rsidRDefault="00F559D2">
            <w:r>
              <w:rPr>
                <w:sz w:val="16"/>
              </w:rPr>
              <w:br/>
            </w:r>
          </w:p>
        </w:tc>
      </w:tr>
      <w:tr w:rsidR="004B2323" w14:paraId="32D50098" w14:textId="77777777">
        <w:trPr>
          <w:jc w:val="center"/>
        </w:trPr>
        <w:tc>
          <w:tcPr>
            <w:tcW w:w="2088" w:type="dxa"/>
            <w:tcMar>
              <w:top w:w="90" w:type="dxa"/>
              <w:left w:w="100" w:type="dxa"/>
              <w:bottom w:w="90" w:type="dxa"/>
              <w:right w:w="100" w:type="dxa"/>
            </w:tcMar>
            <w:vAlign w:val="center"/>
          </w:tcPr>
          <w:p w14:paraId="03D3BEA5" w14:textId="77777777" w:rsidR="004B2323" w:rsidRDefault="00F559D2">
            <w:r>
              <w:rPr>
                <w:sz w:val="16"/>
              </w:rPr>
              <w:br/>
            </w:r>
          </w:p>
        </w:tc>
        <w:tc>
          <w:tcPr>
            <w:tcW w:w="1728" w:type="dxa"/>
            <w:tcMar>
              <w:top w:w="90" w:type="dxa"/>
              <w:left w:w="100" w:type="dxa"/>
              <w:bottom w:w="90" w:type="dxa"/>
              <w:right w:w="100" w:type="dxa"/>
            </w:tcMar>
            <w:vAlign w:val="center"/>
          </w:tcPr>
          <w:p w14:paraId="6D4566FA" w14:textId="77777777" w:rsidR="004B2323" w:rsidRDefault="00F559D2">
            <w:r>
              <w:rPr>
                <w:sz w:val="16"/>
              </w:rPr>
              <w:br/>
            </w:r>
          </w:p>
        </w:tc>
        <w:tc>
          <w:tcPr>
            <w:tcW w:w="1007" w:type="dxa"/>
            <w:tcMar>
              <w:top w:w="90" w:type="dxa"/>
              <w:left w:w="100" w:type="dxa"/>
              <w:bottom w:w="90" w:type="dxa"/>
              <w:right w:w="100" w:type="dxa"/>
            </w:tcMar>
            <w:vAlign w:val="center"/>
          </w:tcPr>
          <w:p w14:paraId="1A8C7703" w14:textId="77777777" w:rsidR="004B2323" w:rsidRDefault="00F559D2">
            <w:r>
              <w:rPr>
                <w:sz w:val="16"/>
              </w:rPr>
              <w:br/>
            </w:r>
          </w:p>
        </w:tc>
        <w:tc>
          <w:tcPr>
            <w:tcW w:w="1007" w:type="dxa"/>
            <w:tcMar>
              <w:top w:w="90" w:type="dxa"/>
              <w:left w:w="100" w:type="dxa"/>
              <w:bottom w:w="90" w:type="dxa"/>
              <w:right w:w="100" w:type="dxa"/>
            </w:tcMar>
            <w:vAlign w:val="center"/>
          </w:tcPr>
          <w:p w14:paraId="19BE810A" w14:textId="77777777" w:rsidR="004B2323" w:rsidRDefault="00F559D2">
            <w:r>
              <w:rPr>
                <w:sz w:val="16"/>
              </w:rPr>
              <w:br/>
            </w:r>
          </w:p>
        </w:tc>
        <w:tc>
          <w:tcPr>
            <w:tcW w:w="2376" w:type="dxa"/>
            <w:tcMar>
              <w:top w:w="90" w:type="dxa"/>
              <w:left w:w="100" w:type="dxa"/>
              <w:bottom w:w="90" w:type="dxa"/>
              <w:right w:w="100" w:type="dxa"/>
            </w:tcMar>
            <w:vAlign w:val="center"/>
          </w:tcPr>
          <w:p w14:paraId="3C691308" w14:textId="77777777" w:rsidR="004B2323" w:rsidRDefault="00F559D2">
            <w:r>
              <w:rPr>
                <w:sz w:val="16"/>
              </w:rPr>
              <w:br/>
            </w:r>
          </w:p>
        </w:tc>
        <w:tc>
          <w:tcPr>
            <w:tcW w:w="2232" w:type="dxa"/>
            <w:tcMar>
              <w:top w:w="90" w:type="dxa"/>
              <w:left w:w="100" w:type="dxa"/>
              <w:bottom w:w="90" w:type="dxa"/>
              <w:right w:w="100" w:type="dxa"/>
            </w:tcMar>
            <w:vAlign w:val="center"/>
          </w:tcPr>
          <w:p w14:paraId="260BEECD" w14:textId="77777777" w:rsidR="004B2323" w:rsidRDefault="00F559D2">
            <w:r>
              <w:rPr>
                <w:sz w:val="16"/>
              </w:rPr>
              <w:br/>
            </w:r>
          </w:p>
        </w:tc>
      </w:tr>
      <w:tr w:rsidR="004B2323" w14:paraId="0AF84918" w14:textId="77777777">
        <w:trPr>
          <w:jc w:val="center"/>
        </w:trPr>
        <w:tc>
          <w:tcPr>
            <w:tcW w:w="2088" w:type="dxa"/>
            <w:tcMar>
              <w:top w:w="90" w:type="dxa"/>
              <w:left w:w="100" w:type="dxa"/>
              <w:bottom w:w="90" w:type="dxa"/>
              <w:right w:w="100" w:type="dxa"/>
            </w:tcMar>
            <w:vAlign w:val="center"/>
          </w:tcPr>
          <w:p w14:paraId="3084A40E" w14:textId="77777777" w:rsidR="004B2323" w:rsidRDefault="00F559D2">
            <w:r>
              <w:rPr>
                <w:sz w:val="16"/>
              </w:rPr>
              <w:br/>
            </w:r>
          </w:p>
        </w:tc>
        <w:tc>
          <w:tcPr>
            <w:tcW w:w="1728" w:type="dxa"/>
            <w:tcMar>
              <w:top w:w="90" w:type="dxa"/>
              <w:left w:w="100" w:type="dxa"/>
              <w:bottom w:w="90" w:type="dxa"/>
              <w:right w:w="100" w:type="dxa"/>
            </w:tcMar>
            <w:vAlign w:val="center"/>
          </w:tcPr>
          <w:p w14:paraId="6B9688F2" w14:textId="77777777" w:rsidR="004B2323" w:rsidRDefault="00F559D2">
            <w:r>
              <w:rPr>
                <w:sz w:val="16"/>
              </w:rPr>
              <w:br/>
            </w:r>
          </w:p>
        </w:tc>
        <w:tc>
          <w:tcPr>
            <w:tcW w:w="1007" w:type="dxa"/>
            <w:tcMar>
              <w:top w:w="90" w:type="dxa"/>
              <w:left w:w="100" w:type="dxa"/>
              <w:bottom w:w="90" w:type="dxa"/>
              <w:right w:w="100" w:type="dxa"/>
            </w:tcMar>
            <w:vAlign w:val="center"/>
          </w:tcPr>
          <w:p w14:paraId="0910A048" w14:textId="77777777" w:rsidR="004B2323" w:rsidRDefault="00F559D2">
            <w:r>
              <w:rPr>
                <w:sz w:val="16"/>
              </w:rPr>
              <w:br/>
            </w:r>
          </w:p>
        </w:tc>
        <w:tc>
          <w:tcPr>
            <w:tcW w:w="1007" w:type="dxa"/>
            <w:tcMar>
              <w:top w:w="90" w:type="dxa"/>
              <w:left w:w="100" w:type="dxa"/>
              <w:bottom w:w="90" w:type="dxa"/>
              <w:right w:w="100" w:type="dxa"/>
            </w:tcMar>
            <w:vAlign w:val="center"/>
          </w:tcPr>
          <w:p w14:paraId="5DE1A114" w14:textId="77777777" w:rsidR="004B2323" w:rsidRDefault="00F559D2">
            <w:r>
              <w:rPr>
                <w:sz w:val="16"/>
              </w:rPr>
              <w:br/>
            </w:r>
          </w:p>
        </w:tc>
        <w:tc>
          <w:tcPr>
            <w:tcW w:w="2376" w:type="dxa"/>
            <w:tcMar>
              <w:top w:w="90" w:type="dxa"/>
              <w:left w:w="100" w:type="dxa"/>
              <w:bottom w:w="90" w:type="dxa"/>
              <w:right w:w="100" w:type="dxa"/>
            </w:tcMar>
            <w:vAlign w:val="center"/>
          </w:tcPr>
          <w:p w14:paraId="33ED5B93" w14:textId="77777777" w:rsidR="004B2323" w:rsidRDefault="00F559D2">
            <w:r>
              <w:rPr>
                <w:sz w:val="16"/>
              </w:rPr>
              <w:br/>
            </w:r>
          </w:p>
        </w:tc>
        <w:tc>
          <w:tcPr>
            <w:tcW w:w="2232" w:type="dxa"/>
            <w:tcMar>
              <w:top w:w="90" w:type="dxa"/>
              <w:left w:w="100" w:type="dxa"/>
              <w:bottom w:w="90" w:type="dxa"/>
              <w:right w:w="100" w:type="dxa"/>
            </w:tcMar>
            <w:vAlign w:val="center"/>
          </w:tcPr>
          <w:p w14:paraId="33DEF20A" w14:textId="77777777" w:rsidR="004B2323" w:rsidRDefault="00F559D2">
            <w:r>
              <w:rPr>
                <w:sz w:val="16"/>
              </w:rPr>
              <w:br/>
            </w:r>
          </w:p>
        </w:tc>
      </w:tr>
      <w:tr w:rsidR="004B2323" w14:paraId="783A966F" w14:textId="77777777">
        <w:trPr>
          <w:jc w:val="center"/>
        </w:trPr>
        <w:tc>
          <w:tcPr>
            <w:tcW w:w="2088" w:type="dxa"/>
            <w:tcMar>
              <w:top w:w="90" w:type="dxa"/>
              <w:left w:w="100" w:type="dxa"/>
              <w:bottom w:w="90" w:type="dxa"/>
              <w:right w:w="100" w:type="dxa"/>
            </w:tcMar>
            <w:vAlign w:val="center"/>
          </w:tcPr>
          <w:p w14:paraId="7218E0ED" w14:textId="77777777" w:rsidR="004B2323" w:rsidRDefault="00F559D2">
            <w:r>
              <w:rPr>
                <w:sz w:val="16"/>
              </w:rPr>
              <w:br/>
            </w:r>
          </w:p>
        </w:tc>
        <w:tc>
          <w:tcPr>
            <w:tcW w:w="1728" w:type="dxa"/>
            <w:tcMar>
              <w:top w:w="90" w:type="dxa"/>
              <w:left w:w="100" w:type="dxa"/>
              <w:bottom w:w="90" w:type="dxa"/>
              <w:right w:w="100" w:type="dxa"/>
            </w:tcMar>
            <w:vAlign w:val="center"/>
          </w:tcPr>
          <w:p w14:paraId="3F79E1AE" w14:textId="77777777" w:rsidR="004B2323" w:rsidRDefault="00F559D2">
            <w:r>
              <w:rPr>
                <w:sz w:val="16"/>
              </w:rPr>
              <w:br/>
            </w:r>
          </w:p>
        </w:tc>
        <w:tc>
          <w:tcPr>
            <w:tcW w:w="1007" w:type="dxa"/>
            <w:tcMar>
              <w:top w:w="90" w:type="dxa"/>
              <w:left w:w="100" w:type="dxa"/>
              <w:bottom w:w="90" w:type="dxa"/>
              <w:right w:w="100" w:type="dxa"/>
            </w:tcMar>
            <w:vAlign w:val="center"/>
          </w:tcPr>
          <w:p w14:paraId="41D3942C" w14:textId="77777777" w:rsidR="004B2323" w:rsidRDefault="00F559D2">
            <w:r>
              <w:rPr>
                <w:sz w:val="16"/>
              </w:rPr>
              <w:br/>
            </w:r>
          </w:p>
        </w:tc>
        <w:tc>
          <w:tcPr>
            <w:tcW w:w="1007" w:type="dxa"/>
            <w:tcMar>
              <w:top w:w="90" w:type="dxa"/>
              <w:left w:w="100" w:type="dxa"/>
              <w:bottom w:w="90" w:type="dxa"/>
              <w:right w:w="100" w:type="dxa"/>
            </w:tcMar>
            <w:vAlign w:val="center"/>
          </w:tcPr>
          <w:p w14:paraId="6CE82C28" w14:textId="77777777" w:rsidR="004B2323" w:rsidRDefault="00F559D2">
            <w:r>
              <w:rPr>
                <w:sz w:val="16"/>
              </w:rPr>
              <w:br/>
            </w:r>
          </w:p>
        </w:tc>
        <w:tc>
          <w:tcPr>
            <w:tcW w:w="2376" w:type="dxa"/>
            <w:tcMar>
              <w:top w:w="90" w:type="dxa"/>
              <w:left w:w="100" w:type="dxa"/>
              <w:bottom w:w="90" w:type="dxa"/>
              <w:right w:w="100" w:type="dxa"/>
            </w:tcMar>
            <w:vAlign w:val="center"/>
          </w:tcPr>
          <w:p w14:paraId="21F2E202" w14:textId="77777777" w:rsidR="004B2323" w:rsidRDefault="00F559D2">
            <w:r>
              <w:rPr>
                <w:sz w:val="16"/>
              </w:rPr>
              <w:br/>
            </w:r>
          </w:p>
        </w:tc>
        <w:tc>
          <w:tcPr>
            <w:tcW w:w="2232" w:type="dxa"/>
            <w:tcMar>
              <w:top w:w="90" w:type="dxa"/>
              <w:left w:w="100" w:type="dxa"/>
              <w:bottom w:w="90" w:type="dxa"/>
              <w:right w:w="100" w:type="dxa"/>
            </w:tcMar>
            <w:vAlign w:val="center"/>
          </w:tcPr>
          <w:p w14:paraId="7DD53AB8" w14:textId="77777777" w:rsidR="004B2323" w:rsidRDefault="00F559D2">
            <w:r>
              <w:rPr>
                <w:sz w:val="16"/>
              </w:rPr>
              <w:br/>
            </w:r>
          </w:p>
        </w:tc>
      </w:tr>
      <w:tr w:rsidR="004B2323" w14:paraId="63C4CDA9" w14:textId="77777777">
        <w:trPr>
          <w:jc w:val="center"/>
        </w:trPr>
        <w:tc>
          <w:tcPr>
            <w:tcW w:w="2088" w:type="dxa"/>
            <w:tcMar>
              <w:top w:w="90" w:type="dxa"/>
              <w:left w:w="100" w:type="dxa"/>
              <w:bottom w:w="90" w:type="dxa"/>
              <w:right w:w="100" w:type="dxa"/>
            </w:tcMar>
            <w:vAlign w:val="center"/>
          </w:tcPr>
          <w:p w14:paraId="7AAA083F" w14:textId="77777777" w:rsidR="004B2323" w:rsidRDefault="00F559D2">
            <w:r>
              <w:rPr>
                <w:sz w:val="16"/>
              </w:rPr>
              <w:br/>
            </w:r>
          </w:p>
        </w:tc>
        <w:tc>
          <w:tcPr>
            <w:tcW w:w="1728" w:type="dxa"/>
            <w:tcMar>
              <w:top w:w="90" w:type="dxa"/>
              <w:left w:w="100" w:type="dxa"/>
              <w:bottom w:w="90" w:type="dxa"/>
              <w:right w:w="100" w:type="dxa"/>
            </w:tcMar>
            <w:vAlign w:val="center"/>
          </w:tcPr>
          <w:p w14:paraId="680B56B0" w14:textId="77777777" w:rsidR="004B2323" w:rsidRDefault="00F559D2">
            <w:r>
              <w:rPr>
                <w:sz w:val="16"/>
              </w:rPr>
              <w:br/>
            </w:r>
          </w:p>
        </w:tc>
        <w:tc>
          <w:tcPr>
            <w:tcW w:w="1007" w:type="dxa"/>
            <w:tcMar>
              <w:top w:w="90" w:type="dxa"/>
              <w:left w:w="100" w:type="dxa"/>
              <w:bottom w:w="90" w:type="dxa"/>
              <w:right w:w="100" w:type="dxa"/>
            </w:tcMar>
            <w:vAlign w:val="center"/>
          </w:tcPr>
          <w:p w14:paraId="16099D3E" w14:textId="77777777" w:rsidR="004B2323" w:rsidRDefault="00F559D2">
            <w:r>
              <w:rPr>
                <w:sz w:val="16"/>
              </w:rPr>
              <w:br/>
            </w:r>
          </w:p>
        </w:tc>
        <w:tc>
          <w:tcPr>
            <w:tcW w:w="1007" w:type="dxa"/>
            <w:tcMar>
              <w:top w:w="90" w:type="dxa"/>
              <w:left w:w="100" w:type="dxa"/>
              <w:bottom w:w="90" w:type="dxa"/>
              <w:right w:w="100" w:type="dxa"/>
            </w:tcMar>
            <w:vAlign w:val="center"/>
          </w:tcPr>
          <w:p w14:paraId="09E21E4E" w14:textId="77777777" w:rsidR="004B2323" w:rsidRDefault="00F559D2">
            <w:r>
              <w:rPr>
                <w:sz w:val="16"/>
              </w:rPr>
              <w:br/>
            </w:r>
          </w:p>
        </w:tc>
        <w:tc>
          <w:tcPr>
            <w:tcW w:w="2376" w:type="dxa"/>
            <w:tcMar>
              <w:top w:w="90" w:type="dxa"/>
              <w:left w:w="100" w:type="dxa"/>
              <w:bottom w:w="90" w:type="dxa"/>
              <w:right w:w="100" w:type="dxa"/>
            </w:tcMar>
            <w:vAlign w:val="center"/>
          </w:tcPr>
          <w:p w14:paraId="42B15474" w14:textId="77777777" w:rsidR="004B2323" w:rsidRDefault="00F559D2">
            <w:r>
              <w:rPr>
                <w:sz w:val="16"/>
              </w:rPr>
              <w:br/>
            </w:r>
          </w:p>
        </w:tc>
        <w:tc>
          <w:tcPr>
            <w:tcW w:w="2232" w:type="dxa"/>
            <w:tcMar>
              <w:top w:w="90" w:type="dxa"/>
              <w:left w:w="100" w:type="dxa"/>
              <w:bottom w:w="90" w:type="dxa"/>
              <w:right w:w="100" w:type="dxa"/>
            </w:tcMar>
            <w:vAlign w:val="center"/>
          </w:tcPr>
          <w:p w14:paraId="2801AFDF" w14:textId="77777777" w:rsidR="004B2323" w:rsidRDefault="00F559D2">
            <w:r>
              <w:rPr>
                <w:sz w:val="16"/>
              </w:rPr>
              <w:br/>
            </w:r>
          </w:p>
        </w:tc>
      </w:tr>
    </w:tbl>
    <w:p w14:paraId="1012A975" w14:textId="77777777" w:rsidR="004B2323" w:rsidRDefault="004B2323">
      <w:pPr>
        <w:spacing w:after="20"/>
      </w:pPr>
    </w:p>
    <w:tbl>
      <w:tblPr>
        <w:tblStyle w:val="TableGrid"/>
        <w:tblW w:w="0" w:type="auto"/>
        <w:tblLook w:val="04A0" w:firstRow="1" w:lastRow="0" w:firstColumn="1" w:lastColumn="0" w:noHBand="0" w:noVBand="1"/>
      </w:tblPr>
      <w:tblGrid>
        <w:gridCol w:w="10358"/>
      </w:tblGrid>
      <w:tr w:rsidR="004B2323" w14:paraId="71CB2747" w14:textId="77777777">
        <w:trPr>
          <w:cantSplit/>
        </w:trPr>
        <w:tc>
          <w:tcPr>
            <w:tcW w:w="10368" w:type="dxa"/>
            <w:shd w:val="clear" w:color="auto" w:fill="F2F3F4"/>
            <w:tcMar>
              <w:top w:w="90" w:type="dxa"/>
              <w:left w:w="100" w:type="dxa"/>
              <w:bottom w:w="90" w:type="dxa"/>
              <w:right w:w="100" w:type="dxa"/>
            </w:tcMar>
            <w:vAlign w:val="center"/>
          </w:tcPr>
          <w:p w14:paraId="36FBB7E9" w14:textId="77777777" w:rsidR="004B2323" w:rsidRDefault="00F559D2">
            <w:r>
              <w:rPr>
                <w:sz w:val="16"/>
              </w:rPr>
              <w:t>Please check that the history above is continuous. Any discrepancy or unexplained gap may be explored during shortlisting or interview.</w:t>
            </w:r>
          </w:p>
        </w:tc>
      </w:tr>
    </w:tbl>
    <w:p w14:paraId="19AED37E" w14:textId="77777777" w:rsidR="004B2323" w:rsidRDefault="004B2323">
      <w:pPr>
        <w:spacing w:after="20"/>
      </w:pPr>
    </w:p>
    <w:p w14:paraId="62F4569F" w14:textId="77777777" w:rsidR="004B2323" w:rsidRDefault="00F559D2">
      <w:pPr>
        <w:keepNext/>
      </w:pPr>
      <w:r>
        <w:rPr>
          <w:b/>
          <w:color w:val="666666"/>
          <w:sz w:val="24"/>
        </w:rPr>
        <w:t>6. Role-specific requirements</w:t>
      </w:r>
    </w:p>
    <w:tbl>
      <w:tblPr>
        <w:tblStyle w:val="TableGrid"/>
        <w:tblW w:w="0" w:type="auto"/>
        <w:jc w:val="center"/>
        <w:tblLayout w:type="fixed"/>
        <w:tblLook w:val="04A0" w:firstRow="1" w:lastRow="0" w:firstColumn="1" w:lastColumn="0" w:noHBand="0" w:noVBand="1"/>
      </w:tblPr>
      <w:tblGrid>
        <w:gridCol w:w="3024"/>
        <w:gridCol w:w="7343"/>
      </w:tblGrid>
      <w:tr w:rsidR="004B2323" w14:paraId="45B2B039" w14:textId="77777777">
        <w:trPr>
          <w:jc w:val="center"/>
        </w:trPr>
        <w:tc>
          <w:tcPr>
            <w:tcW w:w="3024" w:type="dxa"/>
            <w:shd w:val="clear" w:color="auto" w:fill="E7E7E7"/>
            <w:tcMar>
              <w:top w:w="90" w:type="dxa"/>
              <w:left w:w="100" w:type="dxa"/>
              <w:bottom w:w="90" w:type="dxa"/>
              <w:right w:w="100" w:type="dxa"/>
            </w:tcMar>
            <w:vAlign w:val="center"/>
          </w:tcPr>
          <w:p w14:paraId="52AC0766" w14:textId="77777777" w:rsidR="004B2323" w:rsidRDefault="00F559D2">
            <w:r>
              <w:rPr>
                <w:b/>
              </w:rPr>
              <w:t>Notice period</w:t>
            </w:r>
          </w:p>
        </w:tc>
        <w:tc>
          <w:tcPr>
            <w:tcW w:w="7343" w:type="dxa"/>
            <w:tcMar>
              <w:top w:w="90" w:type="dxa"/>
              <w:left w:w="100" w:type="dxa"/>
              <w:bottom w:w="90" w:type="dxa"/>
              <w:right w:w="100" w:type="dxa"/>
            </w:tcMar>
            <w:vAlign w:val="center"/>
          </w:tcPr>
          <w:p w14:paraId="2CA4B4A4" w14:textId="77777777" w:rsidR="004B2323" w:rsidRDefault="004B2323"/>
        </w:tc>
      </w:tr>
      <w:tr w:rsidR="004B2323" w14:paraId="50692103" w14:textId="77777777">
        <w:trPr>
          <w:jc w:val="center"/>
        </w:trPr>
        <w:tc>
          <w:tcPr>
            <w:tcW w:w="3024" w:type="dxa"/>
            <w:shd w:val="clear" w:color="auto" w:fill="E7E7E7"/>
            <w:tcMar>
              <w:top w:w="90" w:type="dxa"/>
              <w:left w:w="100" w:type="dxa"/>
              <w:bottom w:w="90" w:type="dxa"/>
              <w:right w:w="100" w:type="dxa"/>
            </w:tcMar>
            <w:vAlign w:val="center"/>
          </w:tcPr>
          <w:p w14:paraId="731F60D5" w14:textId="77777777" w:rsidR="004B2323" w:rsidRDefault="00F559D2">
            <w:r>
              <w:rPr>
                <w:b/>
              </w:rPr>
              <w:t>Current or most recent role</w:t>
            </w:r>
          </w:p>
        </w:tc>
        <w:tc>
          <w:tcPr>
            <w:tcW w:w="7343" w:type="dxa"/>
            <w:tcMar>
              <w:top w:w="90" w:type="dxa"/>
              <w:left w:w="100" w:type="dxa"/>
              <w:bottom w:w="90" w:type="dxa"/>
              <w:right w:w="100" w:type="dxa"/>
            </w:tcMar>
            <w:vAlign w:val="center"/>
          </w:tcPr>
          <w:p w14:paraId="15D2BB53" w14:textId="77777777" w:rsidR="004B2323" w:rsidRDefault="004B2323"/>
        </w:tc>
      </w:tr>
      <w:tr w:rsidR="004B2323" w14:paraId="5EB787C0" w14:textId="77777777">
        <w:trPr>
          <w:jc w:val="center"/>
        </w:trPr>
        <w:tc>
          <w:tcPr>
            <w:tcW w:w="3024" w:type="dxa"/>
            <w:shd w:val="clear" w:color="auto" w:fill="E7E7E7"/>
            <w:tcMar>
              <w:top w:w="90" w:type="dxa"/>
              <w:left w:w="100" w:type="dxa"/>
              <w:bottom w:w="90" w:type="dxa"/>
              <w:right w:w="100" w:type="dxa"/>
            </w:tcMar>
            <w:vAlign w:val="center"/>
          </w:tcPr>
          <w:p w14:paraId="6C246354" w14:textId="77777777" w:rsidR="004B2323" w:rsidRDefault="00F559D2">
            <w:r>
              <w:rPr>
                <w:b/>
              </w:rPr>
              <w:t>Reason for leaving or wishing to leave</w:t>
            </w:r>
          </w:p>
        </w:tc>
        <w:tc>
          <w:tcPr>
            <w:tcW w:w="7343" w:type="dxa"/>
            <w:tcMar>
              <w:top w:w="90" w:type="dxa"/>
              <w:left w:w="100" w:type="dxa"/>
              <w:bottom w:w="90" w:type="dxa"/>
              <w:right w:w="100" w:type="dxa"/>
            </w:tcMar>
            <w:vAlign w:val="center"/>
          </w:tcPr>
          <w:p w14:paraId="4B03754A" w14:textId="77777777" w:rsidR="004B2323" w:rsidRDefault="004B2323"/>
        </w:tc>
      </w:tr>
      <w:tr w:rsidR="004B2323" w14:paraId="31BA17D4" w14:textId="77777777">
        <w:trPr>
          <w:jc w:val="center"/>
        </w:trPr>
        <w:tc>
          <w:tcPr>
            <w:tcW w:w="3024" w:type="dxa"/>
            <w:shd w:val="clear" w:color="auto" w:fill="E7E7E7"/>
            <w:tcMar>
              <w:top w:w="90" w:type="dxa"/>
              <w:left w:w="100" w:type="dxa"/>
              <w:bottom w:w="90" w:type="dxa"/>
              <w:right w:w="100" w:type="dxa"/>
            </w:tcMar>
            <w:vAlign w:val="center"/>
          </w:tcPr>
          <w:p w14:paraId="41DFB1DB" w14:textId="77777777" w:rsidR="004B2323" w:rsidRDefault="00F559D2">
            <w:r>
              <w:rPr>
                <w:b/>
              </w:rPr>
              <w:t>Driving / travel requirements</w:t>
            </w:r>
          </w:p>
        </w:tc>
        <w:tc>
          <w:tcPr>
            <w:tcW w:w="7343" w:type="dxa"/>
            <w:tcMar>
              <w:top w:w="90" w:type="dxa"/>
              <w:left w:w="100" w:type="dxa"/>
              <w:bottom w:w="90" w:type="dxa"/>
              <w:right w:w="100" w:type="dxa"/>
            </w:tcMar>
            <w:vAlign w:val="center"/>
          </w:tcPr>
          <w:p w14:paraId="3DB707FC" w14:textId="77777777" w:rsidR="004B2323" w:rsidRDefault="00F559D2">
            <w:r>
              <w:t>Complete only if required by the job description: Are you able to meet the stated requirements? Yes / No / Not applicable</w:t>
            </w:r>
          </w:p>
        </w:tc>
      </w:tr>
      <w:tr w:rsidR="004B2323" w14:paraId="531520B9" w14:textId="77777777">
        <w:trPr>
          <w:jc w:val="center"/>
        </w:trPr>
        <w:tc>
          <w:tcPr>
            <w:tcW w:w="3024" w:type="dxa"/>
            <w:shd w:val="clear" w:color="auto" w:fill="E7E7E7"/>
            <w:tcMar>
              <w:top w:w="90" w:type="dxa"/>
              <w:left w:w="100" w:type="dxa"/>
              <w:bottom w:w="90" w:type="dxa"/>
              <w:right w:w="100" w:type="dxa"/>
            </w:tcMar>
            <w:vAlign w:val="center"/>
          </w:tcPr>
          <w:p w14:paraId="4B30EC38" w14:textId="77777777" w:rsidR="004B2323" w:rsidRDefault="00F559D2">
            <w:r>
              <w:rPr>
                <w:b/>
              </w:rPr>
              <w:t>First-aid qualification</w:t>
            </w:r>
          </w:p>
        </w:tc>
        <w:tc>
          <w:tcPr>
            <w:tcW w:w="7343" w:type="dxa"/>
            <w:tcMar>
              <w:top w:w="90" w:type="dxa"/>
              <w:left w:w="100" w:type="dxa"/>
              <w:bottom w:w="90" w:type="dxa"/>
              <w:right w:w="100" w:type="dxa"/>
            </w:tcMar>
            <w:vAlign w:val="center"/>
          </w:tcPr>
          <w:p w14:paraId="2EE2EFC5" w14:textId="77777777" w:rsidR="004B2323" w:rsidRDefault="00F559D2">
            <w:r>
              <w:t>Complete only if relevant to the role: qualification and expiry date:</w:t>
            </w:r>
          </w:p>
        </w:tc>
      </w:tr>
    </w:tbl>
    <w:p w14:paraId="6C952FF9" w14:textId="77777777" w:rsidR="004B2323" w:rsidRDefault="004B2323">
      <w:pPr>
        <w:spacing w:after="20"/>
      </w:pPr>
    </w:p>
    <w:p w14:paraId="325E4A56" w14:textId="77777777" w:rsidR="004B2323" w:rsidRDefault="00F559D2">
      <w:pPr>
        <w:keepNext/>
      </w:pPr>
      <w:r>
        <w:rPr>
          <w:b/>
          <w:color w:val="666666"/>
          <w:sz w:val="24"/>
        </w:rPr>
        <w:t>7. Supporting statement</w:t>
      </w:r>
    </w:p>
    <w:p w14:paraId="665687DA" w14:textId="77777777" w:rsidR="004B2323" w:rsidRDefault="00F559D2">
      <w:pPr>
        <w:keepNext/>
      </w:pPr>
      <w:r>
        <w:rPr>
          <w:i/>
          <w:sz w:val="16"/>
        </w:rPr>
        <w:t>Explain why you are applying and demonstrate how your knowledge, skills and experience meet the job description and person specification. Include relevant paid or voluntary experience and your suitability to work with children. Complete the space below or attach a supporting statement of no more than two A4 pages. Any attachment should show your name and the position applied for.</w:t>
      </w:r>
    </w:p>
    <w:tbl>
      <w:tblPr>
        <w:tblStyle w:val="TableGrid"/>
        <w:tblW w:w="0" w:type="auto"/>
        <w:tblLook w:val="04A0" w:firstRow="1" w:lastRow="0" w:firstColumn="1" w:lastColumn="0" w:noHBand="0" w:noVBand="1"/>
      </w:tblPr>
      <w:tblGrid>
        <w:gridCol w:w="10358"/>
      </w:tblGrid>
      <w:tr w:rsidR="004B2323" w14:paraId="33B0BB42" w14:textId="77777777">
        <w:tc>
          <w:tcPr>
            <w:tcW w:w="10368" w:type="dxa"/>
            <w:tcMar>
              <w:top w:w="90" w:type="dxa"/>
              <w:left w:w="100" w:type="dxa"/>
              <w:bottom w:w="90" w:type="dxa"/>
              <w:right w:w="100" w:type="dxa"/>
            </w:tcMar>
            <w:vAlign w:val="center"/>
          </w:tcPr>
          <w:p w14:paraId="20A6A265" w14:textId="77777777" w:rsidR="004B2323" w:rsidRDefault="00F559D2">
            <w:r>
              <w:t xml:space="preserve"> </w:t>
            </w:r>
          </w:p>
        </w:tc>
      </w:tr>
      <w:tr w:rsidR="004B2323" w14:paraId="6568D574" w14:textId="77777777">
        <w:tc>
          <w:tcPr>
            <w:tcW w:w="10368" w:type="dxa"/>
            <w:tcMar>
              <w:top w:w="90" w:type="dxa"/>
              <w:left w:w="100" w:type="dxa"/>
              <w:bottom w:w="90" w:type="dxa"/>
              <w:right w:w="100" w:type="dxa"/>
            </w:tcMar>
            <w:vAlign w:val="center"/>
          </w:tcPr>
          <w:p w14:paraId="1E0CA028" w14:textId="77777777" w:rsidR="004B2323" w:rsidRDefault="00F559D2">
            <w:r>
              <w:t xml:space="preserve"> </w:t>
            </w:r>
          </w:p>
        </w:tc>
      </w:tr>
      <w:tr w:rsidR="004B2323" w14:paraId="6251F16A" w14:textId="77777777">
        <w:tc>
          <w:tcPr>
            <w:tcW w:w="10368" w:type="dxa"/>
            <w:tcMar>
              <w:top w:w="90" w:type="dxa"/>
              <w:left w:w="100" w:type="dxa"/>
              <w:bottom w:w="90" w:type="dxa"/>
              <w:right w:w="100" w:type="dxa"/>
            </w:tcMar>
            <w:vAlign w:val="center"/>
          </w:tcPr>
          <w:p w14:paraId="01D1A274" w14:textId="77777777" w:rsidR="004B2323" w:rsidRDefault="00F559D2">
            <w:r>
              <w:t xml:space="preserve"> </w:t>
            </w:r>
          </w:p>
        </w:tc>
      </w:tr>
      <w:tr w:rsidR="004B2323" w14:paraId="398D5A4F" w14:textId="77777777">
        <w:tc>
          <w:tcPr>
            <w:tcW w:w="10368" w:type="dxa"/>
            <w:tcMar>
              <w:top w:w="90" w:type="dxa"/>
              <w:left w:w="100" w:type="dxa"/>
              <w:bottom w:w="90" w:type="dxa"/>
              <w:right w:w="100" w:type="dxa"/>
            </w:tcMar>
            <w:vAlign w:val="center"/>
          </w:tcPr>
          <w:p w14:paraId="7CA74EF7" w14:textId="77777777" w:rsidR="004B2323" w:rsidRDefault="00F559D2">
            <w:r>
              <w:t xml:space="preserve"> </w:t>
            </w:r>
          </w:p>
        </w:tc>
      </w:tr>
      <w:tr w:rsidR="004B2323" w14:paraId="4CE6ADFB" w14:textId="77777777">
        <w:tc>
          <w:tcPr>
            <w:tcW w:w="10368" w:type="dxa"/>
            <w:tcMar>
              <w:top w:w="90" w:type="dxa"/>
              <w:left w:w="100" w:type="dxa"/>
              <w:bottom w:w="90" w:type="dxa"/>
              <w:right w:w="100" w:type="dxa"/>
            </w:tcMar>
            <w:vAlign w:val="center"/>
          </w:tcPr>
          <w:p w14:paraId="7ECE56D9" w14:textId="77777777" w:rsidR="004B2323" w:rsidRDefault="00F559D2">
            <w:r>
              <w:lastRenderedPageBreak/>
              <w:t xml:space="preserve"> </w:t>
            </w:r>
          </w:p>
        </w:tc>
      </w:tr>
      <w:tr w:rsidR="004B2323" w14:paraId="3A73D868" w14:textId="77777777">
        <w:tc>
          <w:tcPr>
            <w:tcW w:w="10368" w:type="dxa"/>
            <w:tcMar>
              <w:top w:w="90" w:type="dxa"/>
              <w:left w:w="100" w:type="dxa"/>
              <w:bottom w:w="90" w:type="dxa"/>
              <w:right w:w="100" w:type="dxa"/>
            </w:tcMar>
            <w:vAlign w:val="center"/>
          </w:tcPr>
          <w:p w14:paraId="48AD466E" w14:textId="77777777" w:rsidR="004B2323" w:rsidRDefault="00F559D2">
            <w:r>
              <w:t xml:space="preserve"> </w:t>
            </w:r>
          </w:p>
        </w:tc>
      </w:tr>
      <w:tr w:rsidR="004B2323" w14:paraId="3EDE61C3" w14:textId="77777777">
        <w:tc>
          <w:tcPr>
            <w:tcW w:w="10368" w:type="dxa"/>
            <w:tcMar>
              <w:top w:w="90" w:type="dxa"/>
              <w:left w:w="100" w:type="dxa"/>
              <w:bottom w:w="90" w:type="dxa"/>
              <w:right w:w="100" w:type="dxa"/>
            </w:tcMar>
            <w:vAlign w:val="center"/>
          </w:tcPr>
          <w:p w14:paraId="0941DD95" w14:textId="77777777" w:rsidR="004B2323" w:rsidRDefault="00F559D2">
            <w:r>
              <w:t xml:space="preserve"> </w:t>
            </w:r>
          </w:p>
        </w:tc>
      </w:tr>
      <w:tr w:rsidR="004B2323" w14:paraId="2385FE89" w14:textId="77777777">
        <w:tc>
          <w:tcPr>
            <w:tcW w:w="10368" w:type="dxa"/>
            <w:tcMar>
              <w:top w:w="90" w:type="dxa"/>
              <w:left w:w="100" w:type="dxa"/>
              <w:bottom w:w="90" w:type="dxa"/>
              <w:right w:w="100" w:type="dxa"/>
            </w:tcMar>
            <w:vAlign w:val="center"/>
          </w:tcPr>
          <w:p w14:paraId="74595E5D" w14:textId="77777777" w:rsidR="004B2323" w:rsidRDefault="00F559D2">
            <w:r>
              <w:t xml:space="preserve"> </w:t>
            </w:r>
          </w:p>
        </w:tc>
      </w:tr>
      <w:tr w:rsidR="004B2323" w14:paraId="3D08E17C" w14:textId="77777777">
        <w:tc>
          <w:tcPr>
            <w:tcW w:w="10368" w:type="dxa"/>
            <w:tcMar>
              <w:top w:w="90" w:type="dxa"/>
              <w:left w:w="100" w:type="dxa"/>
              <w:bottom w:w="90" w:type="dxa"/>
              <w:right w:w="100" w:type="dxa"/>
            </w:tcMar>
            <w:vAlign w:val="center"/>
          </w:tcPr>
          <w:p w14:paraId="6682A535" w14:textId="77777777" w:rsidR="004B2323" w:rsidRDefault="00F559D2">
            <w:r>
              <w:t xml:space="preserve"> </w:t>
            </w:r>
          </w:p>
        </w:tc>
      </w:tr>
      <w:tr w:rsidR="004B2323" w14:paraId="75B65B28" w14:textId="77777777">
        <w:tc>
          <w:tcPr>
            <w:tcW w:w="10368" w:type="dxa"/>
            <w:tcMar>
              <w:top w:w="90" w:type="dxa"/>
              <w:left w:w="100" w:type="dxa"/>
              <w:bottom w:w="90" w:type="dxa"/>
              <w:right w:w="100" w:type="dxa"/>
            </w:tcMar>
            <w:vAlign w:val="center"/>
          </w:tcPr>
          <w:p w14:paraId="18BF15DC" w14:textId="77777777" w:rsidR="004B2323" w:rsidRDefault="00F559D2">
            <w:r>
              <w:t xml:space="preserve"> </w:t>
            </w:r>
          </w:p>
        </w:tc>
      </w:tr>
      <w:tr w:rsidR="004B2323" w14:paraId="32A7537F" w14:textId="77777777">
        <w:tc>
          <w:tcPr>
            <w:tcW w:w="10368" w:type="dxa"/>
            <w:tcMar>
              <w:top w:w="90" w:type="dxa"/>
              <w:left w:w="100" w:type="dxa"/>
              <w:bottom w:w="90" w:type="dxa"/>
              <w:right w:w="100" w:type="dxa"/>
            </w:tcMar>
            <w:vAlign w:val="center"/>
          </w:tcPr>
          <w:p w14:paraId="6FD3FD3F" w14:textId="77777777" w:rsidR="004B2323" w:rsidRDefault="00F559D2">
            <w:r>
              <w:t xml:space="preserve"> </w:t>
            </w:r>
          </w:p>
        </w:tc>
      </w:tr>
      <w:tr w:rsidR="004B2323" w14:paraId="6AB4BD6C" w14:textId="77777777">
        <w:tc>
          <w:tcPr>
            <w:tcW w:w="10368" w:type="dxa"/>
            <w:tcMar>
              <w:top w:w="90" w:type="dxa"/>
              <w:left w:w="100" w:type="dxa"/>
              <w:bottom w:w="90" w:type="dxa"/>
              <w:right w:w="100" w:type="dxa"/>
            </w:tcMar>
            <w:vAlign w:val="center"/>
          </w:tcPr>
          <w:p w14:paraId="583B017B" w14:textId="77777777" w:rsidR="004B2323" w:rsidRDefault="00F559D2">
            <w:r>
              <w:t xml:space="preserve"> </w:t>
            </w:r>
          </w:p>
        </w:tc>
      </w:tr>
    </w:tbl>
    <w:p w14:paraId="32D3CE19" w14:textId="77777777" w:rsidR="004B2323" w:rsidRDefault="004B2323">
      <w:pPr>
        <w:spacing w:after="20"/>
      </w:pPr>
    </w:p>
    <w:p w14:paraId="02966436" w14:textId="77777777" w:rsidR="004B2323" w:rsidRDefault="00F559D2">
      <w:pPr>
        <w:keepNext/>
      </w:pPr>
      <w:r>
        <w:rPr>
          <w:b/>
          <w:color w:val="666666"/>
          <w:sz w:val="24"/>
        </w:rPr>
        <w:t>8. References</w:t>
      </w:r>
    </w:p>
    <w:p w14:paraId="5E8F17E6" w14:textId="77777777" w:rsidR="004B2323" w:rsidRDefault="00F559D2">
      <w:pPr>
        <w:keepNext/>
      </w:pPr>
      <w:r>
        <w:rPr>
          <w:i/>
          <w:sz w:val="16"/>
        </w:rPr>
        <w:t>Give two professional referees. One must be your current or most recent employer. Where that employment was in a school or college, the referee should normally be the headteacher or principal. References will be requested directly and, where possible, before interview. Open references or references supplied by the applicant will not be accepted.</w:t>
      </w:r>
    </w:p>
    <w:tbl>
      <w:tblPr>
        <w:tblStyle w:val="TableGrid"/>
        <w:tblW w:w="0" w:type="auto"/>
        <w:jc w:val="center"/>
        <w:tblLook w:val="04A0" w:firstRow="1" w:lastRow="0" w:firstColumn="1" w:lastColumn="0" w:noHBand="0" w:noVBand="1"/>
      </w:tblPr>
      <w:tblGrid>
        <w:gridCol w:w="5179"/>
        <w:gridCol w:w="5179"/>
      </w:tblGrid>
      <w:tr w:rsidR="004B2323" w14:paraId="09D80368" w14:textId="77777777">
        <w:trPr>
          <w:jc w:val="center"/>
        </w:trPr>
        <w:tc>
          <w:tcPr>
            <w:tcW w:w="5184" w:type="dxa"/>
            <w:shd w:val="clear" w:color="auto" w:fill="E7E7E7"/>
            <w:tcMar>
              <w:top w:w="90" w:type="dxa"/>
              <w:left w:w="100" w:type="dxa"/>
              <w:bottom w:w="90" w:type="dxa"/>
              <w:right w:w="100" w:type="dxa"/>
            </w:tcMar>
            <w:vAlign w:val="center"/>
          </w:tcPr>
          <w:p w14:paraId="3294B9CF" w14:textId="77777777" w:rsidR="004B2323" w:rsidRDefault="00F559D2">
            <w:pPr>
              <w:jc w:val="center"/>
            </w:pPr>
            <w:r>
              <w:rPr>
                <w:b/>
                <w:color w:val="666666"/>
                <w:sz w:val="20"/>
              </w:rPr>
              <w:t>Referee 1</w:t>
            </w:r>
          </w:p>
          <w:p w14:paraId="0EA91038" w14:textId="77777777" w:rsidR="004B2323" w:rsidRDefault="00F559D2">
            <w:r>
              <w:rPr>
                <w:b/>
                <w:sz w:val="16"/>
              </w:rPr>
              <w:t>Name:</w:t>
            </w:r>
            <w:r>
              <w:br/>
            </w:r>
          </w:p>
          <w:p w14:paraId="06DFFBE7" w14:textId="77777777" w:rsidR="004B2323" w:rsidRDefault="00F559D2">
            <w:r>
              <w:rPr>
                <w:b/>
                <w:sz w:val="16"/>
              </w:rPr>
              <w:t>Position:</w:t>
            </w:r>
            <w:r>
              <w:br/>
            </w:r>
          </w:p>
          <w:p w14:paraId="59CF924D" w14:textId="77777777" w:rsidR="004B2323" w:rsidRDefault="00F559D2">
            <w:r>
              <w:rPr>
                <w:b/>
                <w:sz w:val="16"/>
              </w:rPr>
              <w:t>Organisation:</w:t>
            </w:r>
            <w:r>
              <w:br/>
            </w:r>
          </w:p>
          <w:p w14:paraId="0B2C7575" w14:textId="77777777" w:rsidR="004B2323" w:rsidRDefault="00F559D2">
            <w:r>
              <w:rPr>
                <w:b/>
                <w:sz w:val="16"/>
              </w:rPr>
              <w:t>Relationship to you:</w:t>
            </w:r>
            <w:r>
              <w:br/>
            </w:r>
          </w:p>
          <w:p w14:paraId="43A2C90B" w14:textId="77777777" w:rsidR="004B2323" w:rsidRDefault="00F559D2">
            <w:r>
              <w:rPr>
                <w:b/>
                <w:sz w:val="16"/>
              </w:rPr>
              <w:t>Address:</w:t>
            </w:r>
            <w:r>
              <w:br/>
            </w:r>
          </w:p>
          <w:p w14:paraId="57078608" w14:textId="77777777" w:rsidR="004B2323" w:rsidRDefault="00F559D2">
            <w:r>
              <w:rPr>
                <w:b/>
                <w:sz w:val="16"/>
              </w:rPr>
              <w:t>Telephone:</w:t>
            </w:r>
            <w:r>
              <w:br/>
            </w:r>
          </w:p>
          <w:p w14:paraId="56ADD558" w14:textId="77777777" w:rsidR="004B2323" w:rsidRDefault="00F559D2">
            <w:r>
              <w:rPr>
                <w:b/>
                <w:sz w:val="16"/>
              </w:rPr>
              <w:t>Email:</w:t>
            </w:r>
            <w:r>
              <w:br/>
            </w:r>
          </w:p>
          <w:p w14:paraId="65DE7525" w14:textId="77777777" w:rsidR="004B2323" w:rsidRDefault="00F559D2">
            <w:r>
              <w:rPr>
                <w:b/>
                <w:sz w:val="16"/>
              </w:rPr>
              <w:t>May we contact before interview? Yes / No</w:t>
            </w:r>
            <w:r>
              <w:br/>
            </w:r>
          </w:p>
          <w:p w14:paraId="22410707" w14:textId="77777777" w:rsidR="004B2323" w:rsidRDefault="00F559D2">
            <w:r>
              <w:rPr>
                <w:b/>
                <w:sz w:val="16"/>
              </w:rPr>
              <w:t>If no, give the exceptional reason:</w:t>
            </w:r>
            <w:r>
              <w:br/>
            </w:r>
          </w:p>
        </w:tc>
        <w:tc>
          <w:tcPr>
            <w:tcW w:w="5184" w:type="dxa"/>
            <w:shd w:val="clear" w:color="auto" w:fill="E7E7E7"/>
            <w:tcMar>
              <w:top w:w="90" w:type="dxa"/>
              <w:left w:w="100" w:type="dxa"/>
              <w:bottom w:w="90" w:type="dxa"/>
              <w:right w:w="100" w:type="dxa"/>
            </w:tcMar>
            <w:vAlign w:val="center"/>
          </w:tcPr>
          <w:p w14:paraId="33B75150" w14:textId="77777777" w:rsidR="004B2323" w:rsidRDefault="00F559D2">
            <w:pPr>
              <w:jc w:val="center"/>
            </w:pPr>
            <w:r>
              <w:rPr>
                <w:b/>
                <w:color w:val="666666"/>
                <w:sz w:val="20"/>
              </w:rPr>
              <w:t>Referee 2</w:t>
            </w:r>
          </w:p>
          <w:p w14:paraId="1AB745A1" w14:textId="77777777" w:rsidR="004B2323" w:rsidRDefault="00F559D2">
            <w:r>
              <w:rPr>
                <w:b/>
                <w:sz w:val="16"/>
              </w:rPr>
              <w:t>Name:</w:t>
            </w:r>
            <w:r>
              <w:br/>
            </w:r>
          </w:p>
          <w:p w14:paraId="03F6E39F" w14:textId="77777777" w:rsidR="004B2323" w:rsidRDefault="00F559D2">
            <w:r>
              <w:rPr>
                <w:b/>
                <w:sz w:val="16"/>
              </w:rPr>
              <w:t>Position:</w:t>
            </w:r>
            <w:r>
              <w:br/>
            </w:r>
          </w:p>
          <w:p w14:paraId="3186EBBB" w14:textId="77777777" w:rsidR="004B2323" w:rsidRDefault="00F559D2">
            <w:r>
              <w:rPr>
                <w:b/>
                <w:sz w:val="16"/>
              </w:rPr>
              <w:t>Organisation:</w:t>
            </w:r>
            <w:r>
              <w:br/>
            </w:r>
          </w:p>
          <w:p w14:paraId="200E3BC7" w14:textId="77777777" w:rsidR="004B2323" w:rsidRDefault="00F559D2">
            <w:r>
              <w:rPr>
                <w:b/>
                <w:sz w:val="16"/>
              </w:rPr>
              <w:t>Relationship to you:</w:t>
            </w:r>
            <w:r>
              <w:br/>
            </w:r>
          </w:p>
          <w:p w14:paraId="5D1808C6" w14:textId="77777777" w:rsidR="004B2323" w:rsidRDefault="00F559D2">
            <w:r>
              <w:rPr>
                <w:b/>
                <w:sz w:val="16"/>
              </w:rPr>
              <w:t>Address:</w:t>
            </w:r>
            <w:r>
              <w:br/>
            </w:r>
          </w:p>
          <w:p w14:paraId="7E1578B4" w14:textId="77777777" w:rsidR="004B2323" w:rsidRDefault="00F559D2">
            <w:r>
              <w:rPr>
                <w:b/>
                <w:sz w:val="16"/>
              </w:rPr>
              <w:t>Telephone:</w:t>
            </w:r>
            <w:r>
              <w:br/>
            </w:r>
          </w:p>
          <w:p w14:paraId="18C49D5C" w14:textId="77777777" w:rsidR="004B2323" w:rsidRDefault="00F559D2">
            <w:r>
              <w:rPr>
                <w:b/>
                <w:sz w:val="16"/>
              </w:rPr>
              <w:t>Email:</w:t>
            </w:r>
            <w:r>
              <w:br/>
            </w:r>
          </w:p>
          <w:p w14:paraId="49D59196" w14:textId="77777777" w:rsidR="004B2323" w:rsidRDefault="00F559D2">
            <w:r>
              <w:rPr>
                <w:b/>
                <w:sz w:val="16"/>
              </w:rPr>
              <w:t>May we contact before interview? Yes / No</w:t>
            </w:r>
            <w:r>
              <w:br/>
            </w:r>
          </w:p>
          <w:p w14:paraId="213F060E" w14:textId="77777777" w:rsidR="004B2323" w:rsidRDefault="00F559D2">
            <w:r>
              <w:rPr>
                <w:b/>
                <w:sz w:val="16"/>
              </w:rPr>
              <w:t>If no, give the exceptional reason:</w:t>
            </w:r>
            <w:r>
              <w:br/>
            </w:r>
          </w:p>
        </w:tc>
      </w:tr>
    </w:tbl>
    <w:p w14:paraId="3F0768B9" w14:textId="77777777" w:rsidR="004B2323" w:rsidRDefault="00F559D2">
      <w:r>
        <w:rPr>
          <w:sz w:val="16"/>
        </w:rPr>
        <w:t>Please ensure that your referees are aware that they may be contacted. References may include questions about employment history, suitability to work with children and any relevant safeguarding or disciplinary information, in accordance with applicable guidance.</w:t>
      </w:r>
    </w:p>
    <w:p w14:paraId="1A49670A" w14:textId="77777777" w:rsidR="004B2323" w:rsidRDefault="00F559D2">
      <w:r>
        <w:br w:type="page"/>
      </w:r>
    </w:p>
    <w:p w14:paraId="0D029858" w14:textId="77777777" w:rsidR="004B2323" w:rsidRDefault="00F559D2">
      <w:pPr>
        <w:keepNext/>
      </w:pPr>
      <w:r>
        <w:rPr>
          <w:b/>
          <w:color w:val="666666"/>
          <w:sz w:val="24"/>
        </w:rPr>
        <w:lastRenderedPageBreak/>
        <w:t>9. Safer recruitment information</w:t>
      </w:r>
    </w:p>
    <w:tbl>
      <w:tblPr>
        <w:tblStyle w:val="TableGrid"/>
        <w:tblW w:w="0" w:type="auto"/>
        <w:tblLook w:val="04A0" w:firstRow="1" w:lastRow="0" w:firstColumn="1" w:lastColumn="0" w:noHBand="0" w:noVBand="1"/>
      </w:tblPr>
      <w:tblGrid>
        <w:gridCol w:w="10358"/>
      </w:tblGrid>
      <w:tr w:rsidR="004B2323" w14:paraId="53538347" w14:textId="77777777">
        <w:trPr>
          <w:cantSplit/>
        </w:trPr>
        <w:tc>
          <w:tcPr>
            <w:tcW w:w="10368" w:type="dxa"/>
            <w:shd w:val="clear" w:color="auto" w:fill="F2F3F4"/>
            <w:tcMar>
              <w:top w:w="90" w:type="dxa"/>
              <w:left w:w="100" w:type="dxa"/>
              <w:bottom w:w="90" w:type="dxa"/>
              <w:right w:w="100" w:type="dxa"/>
            </w:tcMar>
            <w:vAlign w:val="center"/>
          </w:tcPr>
          <w:p w14:paraId="379B13CD" w14:textId="77777777" w:rsidR="004B2323" w:rsidRDefault="00F559D2">
            <w:r>
              <w:rPr>
                <w:sz w:val="16"/>
              </w:rPr>
              <w:t>Shortlisted candidates will be required to complete a separate confidential self-declaration concerning relevant criminal-record and safeguarding information before interview. This information is not requested on this application form and will not be used to decide who is shortlisted.</w:t>
            </w:r>
          </w:p>
        </w:tc>
      </w:tr>
    </w:tbl>
    <w:p w14:paraId="45E01289" w14:textId="77777777" w:rsidR="004B2323" w:rsidRDefault="004B2323">
      <w:pPr>
        <w:spacing w:after="20"/>
      </w:pPr>
    </w:p>
    <w:tbl>
      <w:tblPr>
        <w:tblStyle w:val="TableGrid"/>
        <w:tblW w:w="0" w:type="auto"/>
        <w:tblLook w:val="04A0" w:firstRow="1" w:lastRow="0" w:firstColumn="1" w:lastColumn="0" w:noHBand="0" w:noVBand="1"/>
      </w:tblPr>
      <w:tblGrid>
        <w:gridCol w:w="10358"/>
      </w:tblGrid>
      <w:tr w:rsidR="004B2323" w14:paraId="212AC522" w14:textId="77777777">
        <w:trPr>
          <w:cantSplit/>
        </w:trPr>
        <w:tc>
          <w:tcPr>
            <w:tcW w:w="10368" w:type="dxa"/>
            <w:shd w:val="clear" w:color="auto" w:fill="F2F3F4"/>
            <w:tcMar>
              <w:top w:w="90" w:type="dxa"/>
              <w:left w:w="100" w:type="dxa"/>
              <w:bottom w:w="90" w:type="dxa"/>
              <w:right w:w="100" w:type="dxa"/>
            </w:tcMar>
            <w:vAlign w:val="center"/>
          </w:tcPr>
          <w:p w14:paraId="4033E025" w14:textId="77777777" w:rsidR="004B2323" w:rsidRDefault="00F559D2">
            <w:r>
              <w:rPr>
                <w:sz w:val="16"/>
              </w:rPr>
              <w:t>Online searches: If you are shortlisted, the School may carry out an online search using an online search engine as part of its safeguarding due diligence. Any relevant matters identified may be discussed with you at interview.</w:t>
            </w:r>
          </w:p>
        </w:tc>
      </w:tr>
    </w:tbl>
    <w:p w14:paraId="00D96D17" w14:textId="77777777" w:rsidR="004B2323" w:rsidRDefault="004B2323">
      <w:pPr>
        <w:spacing w:after="20"/>
      </w:pPr>
    </w:p>
    <w:p w14:paraId="303AC6A0" w14:textId="77777777" w:rsidR="004B2323" w:rsidRDefault="00F559D2">
      <w:pPr>
        <w:keepNext/>
      </w:pPr>
      <w:r>
        <w:rPr>
          <w:b/>
          <w:color w:val="666666"/>
          <w:sz w:val="24"/>
        </w:rPr>
        <w:t>10. Data protection</w:t>
      </w:r>
    </w:p>
    <w:p w14:paraId="59E2B59A" w14:textId="77777777" w:rsidR="004B2323" w:rsidRDefault="00F559D2">
      <w:r>
        <w:t>The personal information provided in this application will be processed in accordance with the School’s Job Applicant Data Privacy Notice. The notice explains how and why applicant information is used, the lawful bases for processing, who it may be shared with and how long it will be retained. The notice is included in the application pack and is available from the School.</w:t>
      </w:r>
    </w:p>
    <w:p w14:paraId="695DB33E" w14:textId="77777777" w:rsidR="004B2323" w:rsidRDefault="00F559D2">
      <w:r>
        <w:t>I confirm that I have read or been provided with access to the Job Applicant Data Privacy Notice.  Yes / No</w:t>
      </w:r>
    </w:p>
    <w:p w14:paraId="4AB22F09" w14:textId="77777777" w:rsidR="004B2323" w:rsidRDefault="00F559D2">
      <w:pPr>
        <w:keepNext/>
      </w:pPr>
      <w:r>
        <w:rPr>
          <w:b/>
          <w:color w:val="666666"/>
          <w:sz w:val="24"/>
        </w:rPr>
        <w:t>11. Declaration</w:t>
      </w:r>
    </w:p>
    <w:p w14:paraId="30C33A1F" w14:textId="77777777" w:rsidR="004B2323" w:rsidRDefault="00F559D2">
      <w:r>
        <w:t>I declare that the information given in this application and on any continuation sheets is complete and accurate to the best of my knowledge. I understand that deliberately providing false information or omitting material information may result in withdrawal of an offer or dismissal if appointed.</w:t>
      </w:r>
    </w:p>
    <w:p w14:paraId="4C998689" w14:textId="77777777" w:rsidR="004B2323" w:rsidRDefault="00F559D2">
      <w:r>
        <w:t>I understand that appointment is subject to satisfactory references and the pre-employment checks required for the role.</w:t>
      </w:r>
    </w:p>
    <w:tbl>
      <w:tblPr>
        <w:tblStyle w:val="TableGrid"/>
        <w:tblW w:w="0" w:type="auto"/>
        <w:jc w:val="center"/>
        <w:tblLayout w:type="fixed"/>
        <w:tblLook w:val="04A0" w:firstRow="1" w:lastRow="0" w:firstColumn="1" w:lastColumn="0" w:noHBand="0" w:noVBand="1"/>
      </w:tblPr>
      <w:tblGrid>
        <w:gridCol w:w="3024"/>
        <w:gridCol w:w="7343"/>
      </w:tblGrid>
      <w:tr w:rsidR="004B2323" w14:paraId="4DEF3484" w14:textId="77777777">
        <w:trPr>
          <w:jc w:val="center"/>
        </w:trPr>
        <w:tc>
          <w:tcPr>
            <w:tcW w:w="3024" w:type="dxa"/>
            <w:shd w:val="clear" w:color="auto" w:fill="E7E7E7"/>
            <w:tcMar>
              <w:top w:w="90" w:type="dxa"/>
              <w:left w:w="100" w:type="dxa"/>
              <w:bottom w:w="90" w:type="dxa"/>
              <w:right w:w="100" w:type="dxa"/>
            </w:tcMar>
            <w:vAlign w:val="center"/>
          </w:tcPr>
          <w:p w14:paraId="38CB165A" w14:textId="77777777" w:rsidR="004B2323" w:rsidRDefault="00F559D2">
            <w:r>
              <w:rPr>
                <w:b/>
              </w:rPr>
              <w:t>Applicant name</w:t>
            </w:r>
          </w:p>
        </w:tc>
        <w:tc>
          <w:tcPr>
            <w:tcW w:w="7343" w:type="dxa"/>
            <w:tcMar>
              <w:top w:w="90" w:type="dxa"/>
              <w:left w:w="100" w:type="dxa"/>
              <w:bottom w:w="90" w:type="dxa"/>
              <w:right w:w="100" w:type="dxa"/>
            </w:tcMar>
            <w:vAlign w:val="center"/>
          </w:tcPr>
          <w:p w14:paraId="622559B4" w14:textId="77777777" w:rsidR="004B2323" w:rsidRDefault="004B2323"/>
        </w:tc>
      </w:tr>
      <w:tr w:rsidR="004B2323" w14:paraId="3CCB7E15" w14:textId="77777777">
        <w:trPr>
          <w:jc w:val="center"/>
        </w:trPr>
        <w:tc>
          <w:tcPr>
            <w:tcW w:w="3024" w:type="dxa"/>
            <w:shd w:val="clear" w:color="auto" w:fill="E7E7E7"/>
            <w:tcMar>
              <w:top w:w="90" w:type="dxa"/>
              <w:left w:w="100" w:type="dxa"/>
              <w:bottom w:w="90" w:type="dxa"/>
              <w:right w:w="100" w:type="dxa"/>
            </w:tcMar>
            <w:vAlign w:val="center"/>
          </w:tcPr>
          <w:p w14:paraId="6CBE9BE5" w14:textId="77777777" w:rsidR="004B2323" w:rsidRDefault="00F559D2">
            <w:r>
              <w:rPr>
                <w:b/>
              </w:rPr>
              <w:t>Applicant electronic signature or typed name</w:t>
            </w:r>
          </w:p>
        </w:tc>
        <w:tc>
          <w:tcPr>
            <w:tcW w:w="7343" w:type="dxa"/>
            <w:tcMar>
              <w:top w:w="90" w:type="dxa"/>
              <w:left w:w="100" w:type="dxa"/>
              <w:bottom w:w="90" w:type="dxa"/>
              <w:right w:w="100" w:type="dxa"/>
            </w:tcMar>
            <w:vAlign w:val="center"/>
          </w:tcPr>
          <w:p w14:paraId="676F8844" w14:textId="77777777" w:rsidR="004B2323" w:rsidRDefault="004B2323"/>
        </w:tc>
      </w:tr>
      <w:tr w:rsidR="004B2323" w14:paraId="601C4F8A" w14:textId="77777777">
        <w:trPr>
          <w:jc w:val="center"/>
        </w:trPr>
        <w:tc>
          <w:tcPr>
            <w:tcW w:w="3024" w:type="dxa"/>
            <w:shd w:val="clear" w:color="auto" w:fill="E7E7E7"/>
            <w:tcMar>
              <w:top w:w="90" w:type="dxa"/>
              <w:left w:w="100" w:type="dxa"/>
              <w:bottom w:w="90" w:type="dxa"/>
              <w:right w:w="100" w:type="dxa"/>
            </w:tcMar>
            <w:vAlign w:val="center"/>
          </w:tcPr>
          <w:p w14:paraId="65B0BC40" w14:textId="77777777" w:rsidR="004B2323" w:rsidRDefault="00F559D2">
            <w:r>
              <w:rPr>
                <w:b/>
              </w:rPr>
              <w:t>Date</w:t>
            </w:r>
          </w:p>
        </w:tc>
        <w:tc>
          <w:tcPr>
            <w:tcW w:w="7343" w:type="dxa"/>
            <w:tcMar>
              <w:top w:w="90" w:type="dxa"/>
              <w:left w:w="100" w:type="dxa"/>
              <w:bottom w:w="90" w:type="dxa"/>
              <w:right w:w="100" w:type="dxa"/>
            </w:tcMar>
            <w:vAlign w:val="center"/>
          </w:tcPr>
          <w:p w14:paraId="4832CE2C" w14:textId="77777777" w:rsidR="004B2323" w:rsidRDefault="004B2323"/>
        </w:tc>
      </w:tr>
      <w:tr w:rsidR="004B2323" w14:paraId="3974BF9B" w14:textId="77777777">
        <w:trPr>
          <w:jc w:val="center"/>
        </w:trPr>
        <w:tc>
          <w:tcPr>
            <w:tcW w:w="3024" w:type="dxa"/>
            <w:shd w:val="clear" w:color="auto" w:fill="E7E7E7"/>
            <w:tcMar>
              <w:top w:w="90" w:type="dxa"/>
              <w:left w:w="100" w:type="dxa"/>
              <w:bottom w:w="90" w:type="dxa"/>
              <w:right w:w="100" w:type="dxa"/>
            </w:tcMar>
            <w:vAlign w:val="center"/>
          </w:tcPr>
          <w:p w14:paraId="39244E01" w14:textId="77777777" w:rsidR="004B2323" w:rsidRDefault="00F559D2">
            <w:r>
              <w:rPr>
                <w:b/>
              </w:rPr>
              <w:t>Applicant signature at interview</w:t>
            </w:r>
          </w:p>
        </w:tc>
        <w:tc>
          <w:tcPr>
            <w:tcW w:w="7343" w:type="dxa"/>
            <w:tcMar>
              <w:top w:w="90" w:type="dxa"/>
              <w:left w:w="100" w:type="dxa"/>
              <w:bottom w:w="90" w:type="dxa"/>
              <w:right w:w="100" w:type="dxa"/>
            </w:tcMar>
            <w:vAlign w:val="center"/>
          </w:tcPr>
          <w:p w14:paraId="40D15348" w14:textId="77777777" w:rsidR="004B2323" w:rsidRDefault="004B2323"/>
        </w:tc>
      </w:tr>
      <w:tr w:rsidR="004B2323" w14:paraId="02E9CBC4" w14:textId="77777777">
        <w:trPr>
          <w:jc w:val="center"/>
        </w:trPr>
        <w:tc>
          <w:tcPr>
            <w:tcW w:w="3024" w:type="dxa"/>
            <w:shd w:val="clear" w:color="auto" w:fill="E7E7E7"/>
            <w:tcMar>
              <w:top w:w="90" w:type="dxa"/>
              <w:left w:w="100" w:type="dxa"/>
              <w:bottom w:w="90" w:type="dxa"/>
              <w:right w:w="100" w:type="dxa"/>
            </w:tcMar>
            <w:vAlign w:val="center"/>
          </w:tcPr>
          <w:p w14:paraId="4EE77DF7" w14:textId="77777777" w:rsidR="004B2323" w:rsidRDefault="00F559D2">
            <w:r>
              <w:rPr>
                <w:b/>
              </w:rPr>
              <w:t>Date signed at interview</w:t>
            </w:r>
          </w:p>
        </w:tc>
        <w:tc>
          <w:tcPr>
            <w:tcW w:w="7343" w:type="dxa"/>
            <w:tcMar>
              <w:top w:w="90" w:type="dxa"/>
              <w:left w:w="100" w:type="dxa"/>
              <w:bottom w:w="90" w:type="dxa"/>
              <w:right w:w="100" w:type="dxa"/>
            </w:tcMar>
            <w:vAlign w:val="center"/>
          </w:tcPr>
          <w:p w14:paraId="21D852B6" w14:textId="77777777" w:rsidR="004B2323" w:rsidRDefault="004B2323"/>
        </w:tc>
      </w:tr>
      <w:tr w:rsidR="004B2323" w14:paraId="43530AAC" w14:textId="77777777">
        <w:trPr>
          <w:jc w:val="center"/>
        </w:trPr>
        <w:tc>
          <w:tcPr>
            <w:tcW w:w="3024" w:type="dxa"/>
            <w:shd w:val="clear" w:color="auto" w:fill="E7E7E7"/>
            <w:tcMar>
              <w:top w:w="90" w:type="dxa"/>
              <w:left w:w="100" w:type="dxa"/>
              <w:bottom w:w="90" w:type="dxa"/>
              <w:right w:w="100" w:type="dxa"/>
            </w:tcMar>
            <w:vAlign w:val="center"/>
          </w:tcPr>
          <w:p w14:paraId="5E3AC1CB" w14:textId="77777777" w:rsidR="004B2323" w:rsidRDefault="00F559D2">
            <w:r>
              <w:rPr>
                <w:b/>
              </w:rPr>
              <w:t>Checked by</w:t>
            </w:r>
          </w:p>
        </w:tc>
        <w:tc>
          <w:tcPr>
            <w:tcW w:w="7343" w:type="dxa"/>
            <w:tcMar>
              <w:top w:w="90" w:type="dxa"/>
              <w:left w:w="100" w:type="dxa"/>
              <w:bottom w:w="90" w:type="dxa"/>
              <w:right w:w="100" w:type="dxa"/>
            </w:tcMar>
            <w:vAlign w:val="center"/>
          </w:tcPr>
          <w:p w14:paraId="0F296D4E" w14:textId="77777777" w:rsidR="004B2323" w:rsidRDefault="004B2323"/>
        </w:tc>
      </w:tr>
      <w:tr w:rsidR="004B2323" w14:paraId="7DE4A12C" w14:textId="77777777">
        <w:trPr>
          <w:jc w:val="center"/>
        </w:trPr>
        <w:tc>
          <w:tcPr>
            <w:tcW w:w="3024" w:type="dxa"/>
            <w:shd w:val="clear" w:color="auto" w:fill="E7E7E7"/>
            <w:tcMar>
              <w:top w:w="90" w:type="dxa"/>
              <w:left w:w="100" w:type="dxa"/>
              <w:bottom w:w="90" w:type="dxa"/>
              <w:right w:w="100" w:type="dxa"/>
            </w:tcMar>
            <w:vAlign w:val="center"/>
          </w:tcPr>
          <w:p w14:paraId="63CD514F" w14:textId="77777777" w:rsidR="004B2323" w:rsidRDefault="00F559D2">
            <w:r>
              <w:rPr>
                <w:b/>
              </w:rPr>
              <w:t>Date checked</w:t>
            </w:r>
          </w:p>
        </w:tc>
        <w:tc>
          <w:tcPr>
            <w:tcW w:w="7343" w:type="dxa"/>
            <w:tcMar>
              <w:top w:w="90" w:type="dxa"/>
              <w:left w:w="100" w:type="dxa"/>
              <w:bottom w:w="90" w:type="dxa"/>
              <w:right w:w="100" w:type="dxa"/>
            </w:tcMar>
            <w:vAlign w:val="center"/>
          </w:tcPr>
          <w:p w14:paraId="56B521F5" w14:textId="77777777" w:rsidR="004B2323" w:rsidRDefault="004B2323"/>
        </w:tc>
      </w:tr>
    </w:tbl>
    <w:p w14:paraId="470807C6" w14:textId="77777777" w:rsidR="004B2323" w:rsidRDefault="004B2323">
      <w:pPr>
        <w:spacing w:after="20"/>
      </w:pPr>
    </w:p>
    <w:p w14:paraId="1A1F1B43" w14:textId="77777777" w:rsidR="004B2323" w:rsidRDefault="00F559D2">
      <w:pPr>
        <w:jc w:val="center"/>
      </w:pPr>
      <w:r>
        <w:t>Please return this form to the People and Culture Team at recruitment@radnor-sevenoaks.org</w:t>
      </w:r>
    </w:p>
    <w:sectPr w:rsidR="004B2323" w:rsidSect="00034616">
      <w:headerReference w:type="default" r:id="rId8"/>
      <w:footerReference w:type="default" r:id="rId9"/>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684F3" w14:textId="77777777" w:rsidR="00F559D2" w:rsidRDefault="00F559D2">
      <w:pPr>
        <w:spacing w:after="0"/>
      </w:pPr>
      <w:r>
        <w:separator/>
      </w:r>
    </w:p>
  </w:endnote>
  <w:endnote w:type="continuationSeparator" w:id="0">
    <w:p w14:paraId="33BA517F" w14:textId="77777777" w:rsidR="00F559D2" w:rsidRDefault="00F559D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82E88" w14:textId="77777777" w:rsidR="004B2323" w:rsidRDefault="00F559D2">
    <w:pPr>
      <w:pStyle w:val="Footer"/>
      <w:jc w:val="center"/>
    </w:pPr>
    <w:r>
      <w:rPr>
        <w:color w:val="666666"/>
        <w:sz w:val="14"/>
      </w:rPr>
      <w:t>CONFIDENTIAL | Radnor House Sevenoaks | Recruitment document | Version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341C3" w14:textId="77777777" w:rsidR="00F559D2" w:rsidRDefault="00F559D2">
      <w:pPr>
        <w:spacing w:after="0"/>
      </w:pPr>
      <w:r>
        <w:separator/>
      </w:r>
    </w:p>
  </w:footnote>
  <w:footnote w:type="continuationSeparator" w:id="0">
    <w:p w14:paraId="796559C3" w14:textId="77777777" w:rsidR="00F559D2" w:rsidRDefault="00F559D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86429" w14:textId="77777777" w:rsidR="004B2323" w:rsidRDefault="004B2323">
    <w:pPr>
      <w:pStyle w:val="Header"/>
    </w:pPr>
  </w:p>
  <w:tbl>
    <w:tblPr>
      <w:tblW w:w="0" w:type="auto"/>
      <w:jc w:val="center"/>
      <w:tblLook w:val="04A0" w:firstRow="1" w:lastRow="0" w:firstColumn="1" w:lastColumn="0" w:noHBand="0" w:noVBand="1"/>
    </w:tblPr>
    <w:tblGrid>
      <w:gridCol w:w="3096"/>
      <w:gridCol w:w="7272"/>
    </w:tblGrid>
    <w:tr w:rsidR="004B2323" w14:paraId="19024A35" w14:textId="77777777">
      <w:trPr>
        <w:jc w:val="center"/>
      </w:trPr>
      <w:tc>
        <w:tcPr>
          <w:tcW w:w="3096" w:type="dxa"/>
          <w:tcBorders>
            <w:bottom w:val="single" w:sz="12" w:space="0" w:color="D7A928"/>
          </w:tcBorders>
        </w:tcPr>
        <w:p w14:paraId="7FF7817C" w14:textId="77777777" w:rsidR="004B2323" w:rsidRDefault="00F559D2">
          <w:r>
            <w:rPr>
              <w:noProof/>
            </w:rPr>
            <w:drawing>
              <wp:inline distT="0" distB="0" distL="0" distR="0" wp14:anchorId="5F727DFA" wp14:editId="4657DB74">
                <wp:extent cx="1691640" cy="10649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h7_logo.png"/>
                        <pic:cNvPicPr/>
                      </pic:nvPicPr>
                      <pic:blipFill>
                        <a:blip r:embed="rId1"/>
                        <a:stretch>
                          <a:fillRect/>
                        </a:stretch>
                      </pic:blipFill>
                      <pic:spPr>
                        <a:xfrm>
                          <a:off x="0" y="0"/>
                          <a:ext cx="1691640" cy="1064932"/>
                        </a:xfrm>
                        <a:prstGeom prst="rect">
                          <a:avLst/>
                        </a:prstGeom>
                      </pic:spPr>
                    </pic:pic>
                  </a:graphicData>
                </a:graphic>
              </wp:inline>
            </w:drawing>
          </w:r>
        </w:p>
      </w:tc>
      <w:tc>
        <w:tcPr>
          <w:tcW w:w="7272" w:type="dxa"/>
          <w:tcBorders>
            <w:bottom w:val="single" w:sz="12" w:space="0" w:color="D7A928"/>
          </w:tcBorders>
          <w:tcMar>
            <w:top w:w="90" w:type="dxa"/>
            <w:left w:w="100" w:type="dxa"/>
            <w:bottom w:w="90" w:type="dxa"/>
            <w:right w:w="100" w:type="dxa"/>
          </w:tcMar>
          <w:vAlign w:val="center"/>
        </w:tcPr>
        <w:p w14:paraId="552F7758" w14:textId="77777777" w:rsidR="004B2323" w:rsidRDefault="00F559D2">
          <w:pPr>
            <w:jc w:val="right"/>
          </w:pPr>
          <w:r>
            <w:rPr>
              <w:b/>
              <w:color w:val="666666"/>
              <w:sz w:val="26"/>
            </w:rPr>
            <w:t>SUPPORT STAFF APPLICATION FORM</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70159550">
    <w:abstractNumId w:val="8"/>
  </w:num>
  <w:num w:numId="2" w16cid:durableId="2052608012">
    <w:abstractNumId w:val="6"/>
  </w:num>
  <w:num w:numId="3" w16cid:durableId="1856071420">
    <w:abstractNumId w:val="5"/>
  </w:num>
  <w:num w:numId="4" w16cid:durableId="1069305993">
    <w:abstractNumId w:val="4"/>
  </w:num>
  <w:num w:numId="5" w16cid:durableId="1039669722">
    <w:abstractNumId w:val="7"/>
  </w:num>
  <w:num w:numId="6" w16cid:durableId="797795947">
    <w:abstractNumId w:val="3"/>
  </w:num>
  <w:num w:numId="7" w16cid:durableId="533467207">
    <w:abstractNumId w:val="2"/>
  </w:num>
  <w:num w:numId="8" w16cid:durableId="1626737660">
    <w:abstractNumId w:val="1"/>
  </w:num>
  <w:num w:numId="9" w16cid:durableId="252708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53BB8"/>
    <w:rsid w:val="0029639D"/>
    <w:rsid w:val="00326F90"/>
    <w:rsid w:val="004B2323"/>
    <w:rsid w:val="00A23BD4"/>
    <w:rsid w:val="00AA1D8D"/>
    <w:rsid w:val="00B47730"/>
    <w:rsid w:val="00CB0664"/>
    <w:rsid w:val="00F559D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A14C29"/>
  <w14:defaultImageDpi w14:val="300"/>
  <w15:docId w15:val="{F27E742D-D43D-40F6-81D0-0B56310A9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Arial" w:hAnsi="Arial"/>
      <w:color w:val="24343A"/>
      <w:sz w:val="18"/>
    </w:rPr>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b/>
      <w:bCs/>
      <w:color w:val="666666"/>
      <w:sz w:val="28"/>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b/>
      <w:bCs/>
      <w:color w:val="666666"/>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100"/>
      <w:contextualSpacing/>
    </w:pPr>
    <w:rPr>
      <w:rFonts w:asciiTheme="majorHAnsi" w:eastAsiaTheme="majorEastAsia" w:hAnsiTheme="majorHAnsi" w:cstheme="majorBidi"/>
      <w:b/>
      <w:color w:val="666666"/>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3819635195C6140A7D54AF11EBB2BD2" ma:contentTypeVersion="13" ma:contentTypeDescription="Create a new document." ma:contentTypeScope="" ma:versionID="14281446d09929f9120dde5ac8d6d893">
  <xsd:schema xmlns:xsd="http://www.w3.org/2001/XMLSchema" xmlns:xs="http://www.w3.org/2001/XMLSchema" xmlns:p="http://schemas.microsoft.com/office/2006/metadata/properties" xmlns:ns2="0bf237db-5c11-45b0-aa77-46e04f4f1b3b" xmlns:ns3="cbd40e92-e888-4a8e-9a21-c309e6f8663b" targetNamespace="http://schemas.microsoft.com/office/2006/metadata/properties" ma:root="true" ma:fieldsID="3b6bcf2bc942c2ff47701bf6b51f0295" ns2:_="" ns3:_="">
    <xsd:import namespace="0bf237db-5c11-45b0-aa77-46e04f4f1b3b"/>
    <xsd:import namespace="cbd40e92-e888-4a8e-9a21-c309e6f866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f237db-5c11-45b0-aa77-46e04f4f1b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d7adcf2-1020-459d-97b2-a1ec8696962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bd40e92-e888-4a8e-9a21-c309e6f8663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5f828b1-18f8-403a-a40c-86cfac97f605}" ma:internalName="TaxCatchAll" ma:showField="CatchAllData" ma:web="cbd40e92-e888-4a8e-9a21-c309e6f866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bf237db-5c11-45b0-aa77-46e04f4f1b3b">
      <Terms xmlns="http://schemas.microsoft.com/office/infopath/2007/PartnerControls"/>
    </lcf76f155ced4ddcb4097134ff3c332f>
    <TaxCatchAll xmlns="cbd40e92-e888-4a8e-9a21-c309e6f8663b"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33CF3751-EAE3-45F6-AE89-431FA9AD7421}"/>
</file>

<file path=customXml/itemProps3.xml><?xml version="1.0" encoding="utf-8"?>
<ds:datastoreItem xmlns:ds="http://schemas.openxmlformats.org/officeDocument/2006/customXml" ds:itemID="{A6B663A5-2C9E-4E0A-B741-518B008E4B61}"/>
</file>

<file path=customXml/itemProps4.xml><?xml version="1.0" encoding="utf-8"?>
<ds:datastoreItem xmlns:ds="http://schemas.openxmlformats.org/officeDocument/2006/customXml" ds:itemID="{D3932079-B7C9-4EA7-B053-A10F849BBE91}"/>
</file>

<file path=docProps/app.xml><?xml version="1.0" encoding="utf-8"?>
<Properties xmlns="http://schemas.openxmlformats.org/officeDocument/2006/extended-properties" xmlns:vt="http://schemas.openxmlformats.org/officeDocument/2006/docPropsVTypes">
  <Template>Normal</Template>
  <TotalTime>1</TotalTime>
  <Pages>5</Pages>
  <Words>882</Words>
  <Characters>5031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 Griffiths</dc:creator>
  <cp:keywords/>
  <dc:description>generated by python-docx</dc:description>
  <cp:lastModifiedBy>Frances Griffiths</cp:lastModifiedBy>
  <cp:revision>2</cp:revision>
  <dcterms:created xsi:type="dcterms:W3CDTF">2026-09-25T10:08:00Z</dcterms:created>
  <dcterms:modified xsi:type="dcterms:W3CDTF">2026-09-25T10:08:00Z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0x01010043819635195C6140A7D54AF11EBB2BD2</vt:lpwstr>
  </property>
  <property fmtid="{D5CDD505-2E9C-101B-9397-08002B2CF9AE}" pid="4" name="docLang">
    <vt:lpwstr>en</vt:lpwstr>
  </property>
  <property fmtid="{D5CDD505-2E9C-101B-9397-08002B2CF9AE}" pid="5" name="MediaServiceImageTags">
    <vt:lpwstr/>
  </property>
</Properties>
</file>